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428D77" w14:textId="77777777" w:rsidR="00E77DE9" w:rsidRPr="00F2014A" w:rsidRDefault="00000000">
      <w:pPr>
        <w:spacing w:before="900"/>
        <w:jc w:val="center"/>
        <w:rPr>
          <w:lang w:val="fr-FR"/>
        </w:rPr>
      </w:pPr>
      <w:r w:rsidRPr="00F2014A">
        <w:rPr>
          <w:b/>
          <w:color w:val="17365D"/>
          <w:sz w:val="50"/>
          <w:lang w:val="fr-FR"/>
        </w:rPr>
        <w:t>FROM EUROPE TO AMERICA</w:t>
      </w:r>
    </w:p>
    <w:p w14:paraId="1439BE6A" w14:textId="77777777" w:rsidR="00E77DE9" w:rsidRPr="00F2014A" w:rsidRDefault="00000000">
      <w:pPr>
        <w:jc w:val="center"/>
        <w:rPr>
          <w:lang w:val="fr-FR"/>
        </w:rPr>
      </w:pPr>
      <w:r w:rsidRPr="00F2014A">
        <w:rPr>
          <w:b/>
          <w:sz w:val="36"/>
          <w:lang w:val="fr-FR"/>
        </w:rPr>
        <w:t>Livret de l’élève</w:t>
      </w:r>
    </w:p>
    <w:p w14:paraId="064A941F" w14:textId="10E35BE3" w:rsidR="00E77DE9" w:rsidRPr="00F2014A" w:rsidRDefault="00000000">
      <w:pPr>
        <w:jc w:val="center"/>
        <w:rPr>
          <w:lang w:val="fr-FR"/>
        </w:rPr>
      </w:pPr>
      <w:r w:rsidRPr="00F2014A">
        <w:rPr>
          <w:lang w:val="fr-FR"/>
        </w:rPr>
        <w:t xml:space="preserve">Cycle 4 • 4e–3e • 4 séances de 55 </w:t>
      </w:r>
      <w:r w:rsidR="00E535B8">
        <w:rPr>
          <w:lang w:val="fr-FR"/>
        </w:rPr>
        <w:t>minutes</w:t>
      </w:r>
      <w:r w:rsidRPr="00F2014A">
        <w:rPr>
          <w:lang w:val="fr-FR"/>
        </w:rPr>
        <w:t xml:space="preserve">   A2 vers A2+/B1</w:t>
      </w:r>
    </w:p>
    <w:p w14:paraId="7621202A" w14:textId="77777777" w:rsidR="00E77DE9" w:rsidRPr="00F2014A" w:rsidRDefault="00E77DE9">
      <w:pPr>
        <w:rPr>
          <w:lang w:val="fr-FR"/>
        </w:rPr>
      </w:pPr>
    </w:p>
    <w:tbl>
      <w:tblPr>
        <w:tblStyle w:val="TableGrid"/>
        <w:tblW w:w="0" w:type="auto"/>
        <w:jc w:val="center"/>
        <w:tblLook w:val="04A0" w:firstRow="1" w:lastRow="0" w:firstColumn="1" w:lastColumn="0" w:noHBand="0" w:noVBand="1"/>
      </w:tblPr>
      <w:tblGrid>
        <w:gridCol w:w="5184"/>
        <w:gridCol w:w="2160"/>
        <w:gridCol w:w="2448"/>
      </w:tblGrid>
      <w:tr w:rsidR="00E77DE9" w14:paraId="1CDFC77A" w14:textId="77777777">
        <w:trPr>
          <w:tblHeader/>
          <w:jc w:val="center"/>
        </w:trPr>
        <w:tc>
          <w:tcPr>
            <w:tcW w:w="5184" w:type="dxa"/>
            <w:shd w:val="clear" w:color="auto" w:fill="17365D"/>
            <w:tcMar>
              <w:top w:w="100" w:type="dxa"/>
              <w:left w:w="120" w:type="dxa"/>
              <w:bottom w:w="100" w:type="dxa"/>
              <w:right w:w="120" w:type="dxa"/>
            </w:tcMar>
            <w:vAlign w:val="center"/>
          </w:tcPr>
          <w:p w14:paraId="6FDBD26A" w14:textId="77777777" w:rsidR="00E77DE9" w:rsidRDefault="00000000">
            <w:pPr>
              <w:keepLines/>
              <w:jc w:val="center"/>
            </w:pPr>
            <w:r>
              <w:rPr>
                <w:b/>
                <w:color w:val="FFFFFF"/>
                <w:sz w:val="19"/>
              </w:rPr>
              <w:t>Name</w:t>
            </w:r>
          </w:p>
        </w:tc>
        <w:tc>
          <w:tcPr>
            <w:tcW w:w="2160" w:type="dxa"/>
            <w:shd w:val="clear" w:color="auto" w:fill="17365D"/>
            <w:tcMar>
              <w:top w:w="100" w:type="dxa"/>
              <w:left w:w="120" w:type="dxa"/>
              <w:bottom w:w="100" w:type="dxa"/>
              <w:right w:w="120" w:type="dxa"/>
            </w:tcMar>
            <w:vAlign w:val="center"/>
          </w:tcPr>
          <w:p w14:paraId="5F2412C9" w14:textId="77777777" w:rsidR="00E77DE9" w:rsidRDefault="00000000">
            <w:pPr>
              <w:keepLines/>
              <w:jc w:val="center"/>
            </w:pPr>
            <w:r>
              <w:rPr>
                <w:b/>
                <w:color w:val="FFFFFF"/>
                <w:sz w:val="19"/>
              </w:rPr>
              <w:t>Class</w:t>
            </w:r>
          </w:p>
        </w:tc>
        <w:tc>
          <w:tcPr>
            <w:tcW w:w="2448" w:type="dxa"/>
            <w:shd w:val="clear" w:color="auto" w:fill="17365D"/>
            <w:tcMar>
              <w:top w:w="100" w:type="dxa"/>
              <w:left w:w="120" w:type="dxa"/>
              <w:bottom w:w="100" w:type="dxa"/>
              <w:right w:w="120" w:type="dxa"/>
            </w:tcMar>
            <w:vAlign w:val="center"/>
          </w:tcPr>
          <w:p w14:paraId="05F1809D" w14:textId="77777777" w:rsidR="00E77DE9" w:rsidRDefault="00000000">
            <w:pPr>
              <w:keepLines/>
              <w:jc w:val="center"/>
            </w:pPr>
            <w:r>
              <w:rPr>
                <w:b/>
                <w:color w:val="FFFFFF"/>
                <w:sz w:val="19"/>
              </w:rPr>
              <w:t>Date</w:t>
            </w:r>
          </w:p>
        </w:tc>
      </w:tr>
      <w:tr w:rsidR="00E77DE9" w14:paraId="0B97D37D" w14:textId="77777777">
        <w:trPr>
          <w:jc w:val="center"/>
        </w:trPr>
        <w:tc>
          <w:tcPr>
            <w:tcW w:w="5184" w:type="dxa"/>
            <w:tcMar>
              <w:top w:w="100" w:type="dxa"/>
              <w:left w:w="120" w:type="dxa"/>
              <w:bottom w:w="100" w:type="dxa"/>
              <w:right w:w="120" w:type="dxa"/>
            </w:tcMar>
            <w:vAlign w:val="center"/>
          </w:tcPr>
          <w:p w14:paraId="4FF44EE3" w14:textId="77777777" w:rsidR="00E77DE9" w:rsidRDefault="00E77DE9">
            <w:pPr>
              <w:keepLines/>
              <w:spacing w:after="0"/>
            </w:pPr>
          </w:p>
        </w:tc>
        <w:tc>
          <w:tcPr>
            <w:tcW w:w="2160" w:type="dxa"/>
            <w:tcMar>
              <w:top w:w="100" w:type="dxa"/>
              <w:left w:w="120" w:type="dxa"/>
              <w:bottom w:w="100" w:type="dxa"/>
              <w:right w:w="120" w:type="dxa"/>
            </w:tcMar>
            <w:vAlign w:val="center"/>
          </w:tcPr>
          <w:p w14:paraId="6A8343D0" w14:textId="77777777" w:rsidR="00E77DE9" w:rsidRDefault="00E77DE9">
            <w:pPr>
              <w:keepLines/>
              <w:spacing w:after="0"/>
            </w:pPr>
          </w:p>
        </w:tc>
        <w:tc>
          <w:tcPr>
            <w:tcW w:w="2448" w:type="dxa"/>
            <w:tcMar>
              <w:top w:w="100" w:type="dxa"/>
              <w:left w:w="120" w:type="dxa"/>
              <w:bottom w:w="100" w:type="dxa"/>
              <w:right w:w="120" w:type="dxa"/>
            </w:tcMar>
            <w:vAlign w:val="center"/>
          </w:tcPr>
          <w:p w14:paraId="48CD6B3D" w14:textId="77777777" w:rsidR="00E77DE9" w:rsidRDefault="00E77DE9">
            <w:pPr>
              <w:keepLines/>
              <w:spacing w:after="0"/>
            </w:pPr>
          </w:p>
        </w:tc>
      </w:tr>
    </w:tbl>
    <w:p w14:paraId="5A990B18" w14:textId="77777777" w:rsidR="00E77DE9" w:rsidRDefault="00E77DE9">
      <w:pPr>
        <w:spacing w:after="0"/>
      </w:pPr>
    </w:p>
    <w:p w14:paraId="3C4B89C3" w14:textId="77777777" w:rsidR="00E77DE9" w:rsidRPr="00B81427" w:rsidRDefault="00000000">
      <w:pPr>
        <w:pStyle w:val="Heading1"/>
      </w:pPr>
      <w:r w:rsidRPr="00B81427">
        <w:t>Our guiding question</w:t>
      </w:r>
    </w:p>
    <w:p w14:paraId="38F0C2D9" w14:textId="77777777" w:rsidR="00E77DE9" w:rsidRDefault="00000000">
      <w:pPr>
        <w:jc w:val="center"/>
      </w:pPr>
      <w:r>
        <w:rPr>
          <w:b/>
        </w:rPr>
        <w:t>What was it like to leave Europe and start a new life in America?</w:t>
      </w:r>
    </w:p>
    <w:p w14:paraId="076FE3D7" w14:textId="77777777" w:rsidR="00E77DE9" w:rsidRPr="00B81427" w:rsidRDefault="00000000">
      <w:pPr>
        <w:pStyle w:val="Heading1"/>
      </w:pPr>
      <w:r w:rsidRPr="00B81427">
        <w:t>What you will learn</w:t>
      </w:r>
    </w:p>
    <w:p w14:paraId="6A845CE2" w14:textId="439DA046" w:rsidR="00E77DE9" w:rsidRDefault="00000000">
      <w:pPr>
        <w:pStyle w:val="ListBullet"/>
      </w:pPr>
      <w:r>
        <w:t>Understand the main ideas and key details in an authentic oral testimony.</w:t>
      </w:r>
    </w:p>
    <w:p w14:paraId="72EC49A0" w14:textId="3DF1542A" w:rsidR="00E77DE9" w:rsidRDefault="00000000">
      <w:pPr>
        <w:pStyle w:val="ListBullet"/>
      </w:pPr>
      <w:r>
        <w:t>Use a written transcript to check, justify and interpret what you heard.</w:t>
      </w:r>
    </w:p>
    <w:p w14:paraId="6DD1852B" w14:textId="3FE2AE32" w:rsidR="00E77DE9" w:rsidRDefault="00000000">
      <w:pPr>
        <w:pStyle w:val="ListBullet"/>
      </w:pPr>
      <w:r>
        <w:t>Talk about a past journey using the simple past and chronological connectors.</w:t>
      </w:r>
    </w:p>
    <w:p w14:paraId="19EEC12D" w14:textId="4DA0BAA3" w:rsidR="00E77DE9" w:rsidRDefault="00000000">
      <w:pPr>
        <w:pStyle w:val="ListBullet"/>
      </w:pPr>
      <w:r>
        <w:t>Describe travel conditions, sensations, feelings and hopes.</w:t>
      </w:r>
    </w:p>
    <w:p w14:paraId="7775AD3E" w14:textId="61EFC808" w:rsidR="00E77DE9" w:rsidRDefault="00000000">
      <w:pPr>
        <w:pStyle w:val="ListBullet"/>
      </w:pPr>
      <w:r>
        <w:t>Write a plausible first-person immigrant story.</w:t>
      </w:r>
    </w:p>
    <w:p w14:paraId="788411D1" w14:textId="77777777" w:rsidR="00E77DE9" w:rsidRPr="00B81427" w:rsidRDefault="00000000">
      <w:pPr>
        <w:pStyle w:val="Heading1"/>
      </w:pPr>
      <w:r w:rsidRPr="00B81427">
        <w:t>The four-step journey</w:t>
      </w:r>
    </w:p>
    <w:tbl>
      <w:tblPr>
        <w:tblStyle w:val="TableGrid"/>
        <w:tblW w:w="0" w:type="auto"/>
        <w:jc w:val="center"/>
        <w:tblLook w:val="04A0" w:firstRow="1" w:lastRow="0" w:firstColumn="1" w:lastColumn="0" w:noHBand="0" w:noVBand="1"/>
      </w:tblPr>
      <w:tblGrid>
        <w:gridCol w:w="2448"/>
        <w:gridCol w:w="2448"/>
        <w:gridCol w:w="2448"/>
        <w:gridCol w:w="2448"/>
      </w:tblGrid>
      <w:tr w:rsidR="00E77DE9" w14:paraId="5673E3A8" w14:textId="77777777">
        <w:trPr>
          <w:tblHeader/>
          <w:jc w:val="center"/>
        </w:trPr>
        <w:tc>
          <w:tcPr>
            <w:tcW w:w="2448" w:type="dxa"/>
            <w:shd w:val="clear" w:color="auto" w:fill="17365D"/>
            <w:tcMar>
              <w:top w:w="100" w:type="dxa"/>
              <w:left w:w="120" w:type="dxa"/>
              <w:bottom w:w="100" w:type="dxa"/>
              <w:right w:w="120" w:type="dxa"/>
            </w:tcMar>
            <w:vAlign w:val="center"/>
          </w:tcPr>
          <w:p w14:paraId="7DAC6726" w14:textId="77777777" w:rsidR="00E77DE9" w:rsidRDefault="00000000">
            <w:pPr>
              <w:keepLines/>
              <w:jc w:val="center"/>
            </w:pPr>
            <w:proofErr w:type="gramStart"/>
            <w:r>
              <w:rPr>
                <w:b/>
                <w:color w:val="FFFFFF"/>
                <w:sz w:val="19"/>
              </w:rPr>
              <w:t>1  Discover</w:t>
            </w:r>
            <w:proofErr w:type="gramEnd"/>
          </w:p>
        </w:tc>
        <w:tc>
          <w:tcPr>
            <w:tcW w:w="2448" w:type="dxa"/>
            <w:shd w:val="clear" w:color="auto" w:fill="17365D"/>
            <w:tcMar>
              <w:top w:w="100" w:type="dxa"/>
              <w:left w:w="120" w:type="dxa"/>
              <w:bottom w:w="100" w:type="dxa"/>
              <w:right w:w="120" w:type="dxa"/>
            </w:tcMar>
            <w:vAlign w:val="center"/>
          </w:tcPr>
          <w:p w14:paraId="59FE101E" w14:textId="77777777" w:rsidR="00E77DE9" w:rsidRDefault="00000000">
            <w:pPr>
              <w:keepLines/>
              <w:jc w:val="center"/>
            </w:pPr>
            <w:proofErr w:type="gramStart"/>
            <w:r>
              <w:rPr>
                <w:b/>
                <w:color w:val="FFFFFF"/>
                <w:sz w:val="19"/>
              </w:rPr>
              <w:t>2  Experience</w:t>
            </w:r>
            <w:proofErr w:type="gramEnd"/>
          </w:p>
        </w:tc>
        <w:tc>
          <w:tcPr>
            <w:tcW w:w="2448" w:type="dxa"/>
            <w:shd w:val="clear" w:color="auto" w:fill="17365D"/>
            <w:tcMar>
              <w:top w:w="100" w:type="dxa"/>
              <w:left w:w="120" w:type="dxa"/>
              <w:bottom w:w="100" w:type="dxa"/>
              <w:right w:w="120" w:type="dxa"/>
            </w:tcMar>
            <w:vAlign w:val="center"/>
          </w:tcPr>
          <w:p w14:paraId="02BD3DB9" w14:textId="242148FA" w:rsidR="00E77DE9" w:rsidRDefault="00000000">
            <w:pPr>
              <w:keepLines/>
              <w:jc w:val="center"/>
            </w:pPr>
            <w:proofErr w:type="gramStart"/>
            <w:r>
              <w:rPr>
                <w:b/>
                <w:color w:val="FFFFFF"/>
                <w:sz w:val="19"/>
              </w:rPr>
              <w:t xml:space="preserve">3  </w:t>
            </w:r>
            <w:r w:rsidR="00C3710A">
              <w:rPr>
                <w:b/>
                <w:color w:val="FFFFFF"/>
                <w:sz w:val="19"/>
              </w:rPr>
              <w:t>Analyze</w:t>
            </w:r>
            <w:proofErr w:type="gramEnd"/>
          </w:p>
        </w:tc>
        <w:tc>
          <w:tcPr>
            <w:tcW w:w="2448" w:type="dxa"/>
            <w:shd w:val="clear" w:color="auto" w:fill="17365D"/>
            <w:tcMar>
              <w:top w:w="100" w:type="dxa"/>
              <w:left w:w="120" w:type="dxa"/>
              <w:bottom w:w="100" w:type="dxa"/>
              <w:right w:w="120" w:type="dxa"/>
            </w:tcMar>
            <w:vAlign w:val="center"/>
          </w:tcPr>
          <w:p w14:paraId="30F5881F" w14:textId="77777777" w:rsidR="00E77DE9" w:rsidRDefault="00000000">
            <w:pPr>
              <w:keepLines/>
              <w:jc w:val="center"/>
            </w:pPr>
            <w:proofErr w:type="gramStart"/>
            <w:r>
              <w:rPr>
                <w:b/>
                <w:color w:val="FFFFFF"/>
                <w:sz w:val="19"/>
              </w:rPr>
              <w:t>4  Create</w:t>
            </w:r>
            <w:proofErr w:type="gramEnd"/>
          </w:p>
        </w:tc>
      </w:tr>
      <w:tr w:rsidR="00E77DE9" w14:paraId="228E40AA" w14:textId="77777777">
        <w:trPr>
          <w:jc w:val="center"/>
        </w:trPr>
        <w:tc>
          <w:tcPr>
            <w:tcW w:w="2448" w:type="dxa"/>
            <w:tcMar>
              <w:top w:w="100" w:type="dxa"/>
              <w:left w:w="120" w:type="dxa"/>
              <w:bottom w:w="100" w:type="dxa"/>
              <w:right w:w="120" w:type="dxa"/>
            </w:tcMar>
            <w:vAlign w:val="center"/>
          </w:tcPr>
          <w:p w14:paraId="36F17F12" w14:textId="77777777" w:rsidR="00E77DE9" w:rsidRDefault="00000000">
            <w:pPr>
              <w:keepLines/>
              <w:spacing w:after="0"/>
            </w:pPr>
            <w:r>
              <w:rPr>
                <w:sz w:val="19"/>
              </w:rPr>
              <w:t>Audio part 1</w:t>
            </w:r>
            <w:r>
              <w:rPr>
                <w:sz w:val="19"/>
              </w:rPr>
              <w:br/>
              <w:t>Who? Where? When?</w:t>
            </w:r>
          </w:p>
        </w:tc>
        <w:tc>
          <w:tcPr>
            <w:tcW w:w="2448" w:type="dxa"/>
            <w:tcMar>
              <w:top w:w="100" w:type="dxa"/>
              <w:left w:w="120" w:type="dxa"/>
              <w:bottom w:w="100" w:type="dxa"/>
              <w:right w:w="120" w:type="dxa"/>
            </w:tcMar>
            <w:vAlign w:val="center"/>
          </w:tcPr>
          <w:p w14:paraId="69A4A39D" w14:textId="77777777" w:rsidR="00E77DE9" w:rsidRDefault="00000000">
            <w:pPr>
              <w:keepLines/>
              <w:spacing w:after="0"/>
            </w:pPr>
            <w:r>
              <w:rPr>
                <w:sz w:val="19"/>
              </w:rPr>
              <w:t>Audio part 2</w:t>
            </w:r>
            <w:r>
              <w:rPr>
                <w:sz w:val="19"/>
              </w:rPr>
              <w:br/>
              <w:t>Life in steerage</w:t>
            </w:r>
          </w:p>
        </w:tc>
        <w:tc>
          <w:tcPr>
            <w:tcW w:w="2448" w:type="dxa"/>
            <w:tcMar>
              <w:top w:w="100" w:type="dxa"/>
              <w:left w:w="120" w:type="dxa"/>
              <w:bottom w:w="100" w:type="dxa"/>
              <w:right w:w="120" w:type="dxa"/>
            </w:tcMar>
            <w:vAlign w:val="center"/>
          </w:tcPr>
          <w:p w14:paraId="6C25A236" w14:textId="77777777" w:rsidR="00E77DE9" w:rsidRDefault="00000000">
            <w:pPr>
              <w:keepLines/>
              <w:spacing w:after="0"/>
            </w:pPr>
            <w:r>
              <w:rPr>
                <w:sz w:val="19"/>
              </w:rPr>
              <w:t>Written transcript</w:t>
            </w:r>
            <w:r>
              <w:rPr>
                <w:sz w:val="19"/>
              </w:rPr>
              <w:br/>
              <w:t>Evidence and language</w:t>
            </w:r>
          </w:p>
        </w:tc>
        <w:tc>
          <w:tcPr>
            <w:tcW w:w="2448" w:type="dxa"/>
            <w:tcMar>
              <w:top w:w="100" w:type="dxa"/>
              <w:left w:w="120" w:type="dxa"/>
              <w:bottom w:w="100" w:type="dxa"/>
              <w:right w:w="120" w:type="dxa"/>
            </w:tcMar>
            <w:vAlign w:val="center"/>
          </w:tcPr>
          <w:p w14:paraId="7ACCEC32" w14:textId="77777777" w:rsidR="00E77DE9" w:rsidRDefault="00000000">
            <w:pPr>
              <w:keepLines/>
              <w:spacing w:after="0"/>
            </w:pPr>
            <w:r>
              <w:rPr>
                <w:sz w:val="19"/>
              </w:rPr>
              <w:t>Plan, write and check</w:t>
            </w:r>
            <w:r>
              <w:rPr>
                <w:sz w:val="19"/>
              </w:rPr>
              <w:br/>
              <w:t>the final task</w:t>
            </w:r>
          </w:p>
        </w:tc>
      </w:tr>
    </w:tbl>
    <w:p w14:paraId="46536F08" w14:textId="77777777" w:rsidR="00E77DE9" w:rsidRDefault="00E77DE9">
      <w:pPr>
        <w:spacing w:after="0"/>
      </w:pPr>
    </w:p>
    <w:p w14:paraId="09D7655E" w14:textId="77777777" w:rsidR="00E77DE9" w:rsidRPr="0051748C" w:rsidRDefault="00000000">
      <w:pPr>
        <w:rPr>
          <w:i/>
          <w:iCs/>
        </w:rPr>
      </w:pPr>
      <w:r w:rsidRPr="0051748C">
        <w:rPr>
          <w:b/>
          <w:i/>
          <w:iCs/>
        </w:rPr>
        <w:t xml:space="preserve">Authentic </w:t>
      </w:r>
      <w:proofErr w:type="gramStart"/>
      <w:r w:rsidRPr="0051748C">
        <w:rPr>
          <w:b/>
          <w:i/>
          <w:iCs/>
        </w:rPr>
        <w:t>source</w:t>
      </w:r>
      <w:r>
        <w:t xml:space="preserve">  </w:t>
      </w:r>
      <w:r w:rsidRPr="0051748C">
        <w:rPr>
          <w:i/>
          <w:iCs/>
        </w:rPr>
        <w:t>Morris</w:t>
      </w:r>
      <w:proofErr w:type="gramEnd"/>
      <w:r w:rsidRPr="0051748C">
        <w:rPr>
          <w:i/>
          <w:iCs/>
        </w:rPr>
        <w:t xml:space="preserve"> Abraham Schneider, “Morris Remembers the Steamship Rotterdam”, Ellis Island Oral History Collection, National Park Service. Interview recorded in 1991; Morris recalls emigrating from Poland in 1920, aged ten.</w:t>
      </w:r>
    </w:p>
    <w:p w14:paraId="27588A5C" w14:textId="60EE13B0" w:rsidR="00E77DE9" w:rsidRDefault="00000000">
      <w:pPr>
        <w:rPr>
          <w:szCs w:val="21"/>
          <w:u w:val="single"/>
        </w:rPr>
      </w:pPr>
      <w:r w:rsidRPr="009D35AD">
        <w:rPr>
          <w:szCs w:val="21"/>
        </w:rPr>
        <w:t xml:space="preserve">Audio and transcript: </w:t>
      </w:r>
      <w:hyperlink r:id="rId8" w:history="1">
        <w:r w:rsidR="001D25B6" w:rsidRPr="000C27A7">
          <w:rPr>
            <w:rStyle w:val="Hyperlink"/>
            <w:szCs w:val="21"/>
          </w:rPr>
          <w:t>https://www.nps.gov/elis/learn/education/oral-history-ei-116.htm</w:t>
        </w:r>
      </w:hyperlink>
    </w:p>
    <w:p w14:paraId="4CBB90B3" w14:textId="77777777" w:rsidR="009015C1" w:rsidRDefault="001D25B6" w:rsidP="001D25B6">
      <w:pPr>
        <w:rPr>
          <w:szCs w:val="21"/>
        </w:rPr>
      </w:pPr>
      <w:r w:rsidRPr="001D25B6">
        <w:rPr>
          <w:szCs w:val="21"/>
        </w:rPr>
        <w:t>Other documents:</w:t>
      </w:r>
      <w:r>
        <w:rPr>
          <w:szCs w:val="21"/>
        </w:rPr>
        <w:t xml:space="preserve"> </w:t>
      </w:r>
    </w:p>
    <w:p w14:paraId="51E512F8" w14:textId="15753694" w:rsidR="001D25B6" w:rsidRDefault="001D25B6" w:rsidP="001D25B6">
      <w:r w:rsidRPr="0098129C">
        <w:t xml:space="preserve">Figure </w:t>
      </w:r>
      <w:r>
        <w:fldChar w:fldCharType="begin"/>
      </w:r>
      <w:r w:rsidRPr="0098129C">
        <w:instrText xml:space="preserve"> SEQ Figure \* ARABIC </w:instrText>
      </w:r>
      <w:r>
        <w:fldChar w:fldCharType="separate"/>
      </w:r>
      <w:r>
        <w:rPr>
          <w:noProof/>
        </w:rPr>
        <w:t>1</w:t>
      </w:r>
      <w:r>
        <w:fldChar w:fldCharType="end"/>
      </w:r>
      <w:r w:rsidRPr="0098129C">
        <w:t>. Immigrants waiting for their ship</w:t>
      </w:r>
      <w:r>
        <w:t xml:space="preserve"> </w:t>
      </w:r>
    </w:p>
    <w:p w14:paraId="2922B5BF" w14:textId="77777777" w:rsidR="001D25B6" w:rsidRDefault="001D25B6" w:rsidP="001D25B6">
      <w:r w:rsidRPr="0098129C">
        <w:t xml:space="preserve">Figure </w:t>
      </w:r>
      <w:r>
        <w:fldChar w:fldCharType="begin"/>
      </w:r>
      <w:r w:rsidRPr="0098129C">
        <w:instrText xml:space="preserve"> SEQ Figure \* ARABIC </w:instrText>
      </w:r>
      <w:r>
        <w:fldChar w:fldCharType="separate"/>
      </w:r>
      <w:r w:rsidRPr="0098129C">
        <w:rPr>
          <w:noProof/>
        </w:rPr>
        <w:t>2</w:t>
      </w:r>
      <w:r>
        <w:fldChar w:fldCharType="end"/>
      </w:r>
      <w:r w:rsidRPr="0098129C">
        <w:t>. The path from Europe to the US</w:t>
      </w:r>
      <w:r>
        <w:t xml:space="preserve"> </w:t>
      </w:r>
    </w:p>
    <w:p w14:paraId="652827A8" w14:textId="77777777" w:rsidR="001D25B6" w:rsidRDefault="001D25B6" w:rsidP="001D25B6">
      <w:pPr>
        <w:rPr>
          <w:color w:val="EE0000"/>
        </w:rPr>
      </w:pPr>
      <w:r w:rsidRPr="0098129C">
        <w:t xml:space="preserve">Figure </w:t>
      </w:r>
      <w:r>
        <w:fldChar w:fldCharType="begin"/>
      </w:r>
      <w:r w:rsidRPr="0098129C">
        <w:instrText xml:space="preserve"> SEQ Figure \* ARABIC </w:instrText>
      </w:r>
      <w:r>
        <w:fldChar w:fldCharType="separate"/>
      </w:r>
      <w:r w:rsidRPr="0098129C">
        <w:rPr>
          <w:noProof/>
        </w:rPr>
        <w:t>3</w:t>
      </w:r>
      <w:r>
        <w:fldChar w:fldCharType="end"/>
      </w:r>
      <w:r w:rsidRPr="0098129C">
        <w:t>. Immigrants celebrating their arrival in front of Ellis Island</w:t>
      </w:r>
      <w:r>
        <w:t xml:space="preserve"> </w:t>
      </w:r>
    </w:p>
    <w:p w14:paraId="7C20EEEA" w14:textId="52CB6439" w:rsidR="001D25B6" w:rsidRPr="001D25B6" w:rsidRDefault="001D25B6">
      <w:pPr>
        <w:rPr>
          <w:szCs w:val="21"/>
        </w:rPr>
      </w:pPr>
    </w:p>
    <w:p w14:paraId="0AC0C2A4" w14:textId="461DA6D5" w:rsidR="00E77DE9" w:rsidRDefault="006057C5">
      <w:r>
        <w:rPr>
          <w:noProof/>
        </w:rPr>
        <w:drawing>
          <wp:anchor distT="0" distB="0" distL="114300" distR="114300" simplePos="0" relativeHeight="251698176" behindDoc="1" locked="0" layoutInCell="1" allowOverlap="1" wp14:anchorId="78AAB82B" wp14:editId="3D337564">
            <wp:simplePos x="0" y="0"/>
            <wp:positionH relativeFrom="margin">
              <wp:align>right</wp:align>
            </wp:positionH>
            <wp:positionV relativeFrom="paragraph">
              <wp:posOffset>301625</wp:posOffset>
            </wp:positionV>
            <wp:extent cx="1060450" cy="630450"/>
            <wp:effectExtent l="0" t="0" r="6350" b="0"/>
            <wp:wrapNone/>
            <wp:docPr id="189226840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30450"/>
                    </a:xfrm>
                    <a:prstGeom prst="rect">
                      <a:avLst/>
                    </a:prstGeom>
                  </pic:spPr>
                </pic:pic>
              </a:graphicData>
            </a:graphic>
            <wp14:sizeRelH relativeFrom="margin">
              <wp14:pctWidth>0</wp14:pctWidth>
            </wp14:sizeRelH>
            <wp14:sizeRelV relativeFrom="margin">
              <wp14:pctHeight>0</wp14:pctHeight>
            </wp14:sizeRelV>
          </wp:anchor>
        </w:drawing>
      </w:r>
      <w:r w:rsidR="00E913F8">
        <w:rPr>
          <w:noProof/>
        </w:rPr>
        <w:drawing>
          <wp:anchor distT="0" distB="0" distL="114300" distR="114300" simplePos="0" relativeHeight="251686912" behindDoc="0" locked="0" layoutInCell="1" allowOverlap="1" wp14:anchorId="64541767" wp14:editId="7EF54190">
            <wp:simplePos x="0" y="0"/>
            <wp:positionH relativeFrom="margin">
              <wp:align>right</wp:align>
            </wp:positionH>
            <wp:positionV relativeFrom="paragraph">
              <wp:posOffset>1517650</wp:posOffset>
            </wp:positionV>
            <wp:extent cx="1060450" cy="630450"/>
            <wp:effectExtent l="0" t="0" r="6350" b="0"/>
            <wp:wrapNone/>
            <wp:docPr id="41386567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30450"/>
                    </a:xfrm>
                    <a:prstGeom prst="rect">
                      <a:avLst/>
                    </a:prstGeom>
                  </pic:spPr>
                </pic:pic>
              </a:graphicData>
            </a:graphic>
            <wp14:sizeRelH relativeFrom="margin">
              <wp14:pctWidth>0</wp14:pctWidth>
            </wp14:sizeRelH>
            <wp14:sizeRelV relativeFrom="margin">
              <wp14:pctHeight>0</wp14:pctHeight>
            </wp14:sizeRelV>
          </wp:anchor>
        </w:drawing>
      </w:r>
      <w:r w:rsidR="00E913F8">
        <w:br w:type="page"/>
      </w:r>
    </w:p>
    <w:p w14:paraId="1FF7D18A" w14:textId="77777777" w:rsidR="00E77DE9" w:rsidRDefault="00000000" w:rsidP="001D25B6">
      <w:r>
        <w:rPr>
          <w:b/>
          <w:color w:val="17365D"/>
          <w:sz w:val="22"/>
        </w:rPr>
        <w:lastRenderedPageBreak/>
        <w:t>SESSION 1</w:t>
      </w:r>
    </w:p>
    <w:p w14:paraId="012E6B4F" w14:textId="77777777" w:rsidR="00E77DE9" w:rsidRDefault="00000000">
      <w:pPr>
        <w:jc w:val="center"/>
      </w:pPr>
      <w:proofErr w:type="gramStart"/>
      <w:r>
        <w:rPr>
          <w:b/>
          <w:color w:val="17365D"/>
          <w:sz w:val="36"/>
        </w:rPr>
        <w:t>DISCOVER  FROM</w:t>
      </w:r>
      <w:proofErr w:type="gramEnd"/>
      <w:r>
        <w:rPr>
          <w:b/>
          <w:color w:val="17365D"/>
          <w:sz w:val="36"/>
        </w:rPr>
        <w:t xml:space="preserve"> POLAND TO AMERICA</w:t>
      </w:r>
    </w:p>
    <w:p w14:paraId="6CD776CF" w14:textId="77777777" w:rsidR="00E77DE9" w:rsidRDefault="00000000">
      <w:pPr>
        <w:jc w:val="center"/>
      </w:pPr>
      <w:r>
        <w:rPr>
          <w:i/>
          <w:sz w:val="22"/>
        </w:rPr>
        <w:t>Who was Morris Schneider and what were the main stages of his journey?</w:t>
      </w:r>
    </w:p>
    <w:tbl>
      <w:tblPr>
        <w:tblStyle w:val="TableGrid"/>
        <w:tblW w:w="0" w:type="auto"/>
        <w:jc w:val="center"/>
        <w:tblLook w:val="04A0" w:firstRow="1" w:lastRow="0" w:firstColumn="1" w:lastColumn="0" w:noHBand="0" w:noVBand="1"/>
      </w:tblPr>
      <w:tblGrid>
        <w:gridCol w:w="8064"/>
      </w:tblGrid>
      <w:tr w:rsidR="00A92D46" w14:paraId="66A02277" w14:textId="77777777">
        <w:trPr>
          <w:tblHeader/>
          <w:jc w:val="center"/>
        </w:trPr>
        <w:tc>
          <w:tcPr>
            <w:tcW w:w="8064" w:type="dxa"/>
            <w:shd w:val="clear" w:color="auto" w:fill="17365D"/>
            <w:tcMar>
              <w:top w:w="100" w:type="dxa"/>
              <w:left w:w="120" w:type="dxa"/>
              <w:bottom w:w="100" w:type="dxa"/>
              <w:right w:w="120" w:type="dxa"/>
            </w:tcMar>
            <w:vAlign w:val="center"/>
          </w:tcPr>
          <w:p w14:paraId="20F5DD7C" w14:textId="77777777" w:rsidR="00A92D46" w:rsidRDefault="00A92D46">
            <w:pPr>
              <w:keepLines/>
              <w:jc w:val="center"/>
            </w:pPr>
            <w:r>
              <w:rPr>
                <w:b/>
                <w:color w:val="FFFFFF"/>
                <w:sz w:val="19"/>
              </w:rPr>
              <w:t>Today’s goal</w:t>
            </w:r>
          </w:p>
        </w:tc>
      </w:tr>
      <w:tr w:rsidR="00A92D46" w14:paraId="50340893" w14:textId="77777777">
        <w:trPr>
          <w:jc w:val="center"/>
        </w:trPr>
        <w:tc>
          <w:tcPr>
            <w:tcW w:w="8064" w:type="dxa"/>
            <w:tcMar>
              <w:top w:w="100" w:type="dxa"/>
              <w:left w:w="120" w:type="dxa"/>
              <w:bottom w:w="100" w:type="dxa"/>
              <w:right w:w="120" w:type="dxa"/>
            </w:tcMar>
            <w:vAlign w:val="center"/>
          </w:tcPr>
          <w:p w14:paraId="285717C2" w14:textId="77777777" w:rsidR="00A92D46" w:rsidRDefault="00A92D46">
            <w:pPr>
              <w:keepLines/>
              <w:spacing w:after="0"/>
            </w:pPr>
            <w:r>
              <w:rPr>
                <w:sz w:val="19"/>
              </w:rPr>
              <w:t>Identify the speaker, context and main stages of the crossing.</w:t>
            </w:r>
          </w:p>
        </w:tc>
      </w:tr>
    </w:tbl>
    <w:p w14:paraId="7739E0B1" w14:textId="77777777" w:rsidR="00E77DE9" w:rsidRDefault="00E77DE9">
      <w:pPr>
        <w:spacing w:after="0"/>
      </w:pPr>
    </w:p>
    <w:p w14:paraId="026DD8B8" w14:textId="75632706" w:rsidR="00E77DE9" w:rsidRPr="004175E9" w:rsidRDefault="00000000">
      <w:pPr>
        <w:spacing w:before="140" w:after="60"/>
      </w:pPr>
      <w:r w:rsidRPr="004175E9">
        <w:rPr>
          <w:b/>
          <w:color w:val="17365D"/>
          <w:sz w:val="24"/>
        </w:rPr>
        <w:t>1</w:t>
      </w:r>
      <w:r w:rsidR="005D766C" w:rsidRPr="004175E9">
        <w:rPr>
          <w:b/>
          <w:color w:val="17365D"/>
          <w:sz w:val="24"/>
        </w:rPr>
        <w:t>)</w:t>
      </w:r>
      <w:r w:rsidRPr="004175E9">
        <w:rPr>
          <w:b/>
          <w:color w:val="17365D"/>
          <w:sz w:val="24"/>
        </w:rPr>
        <w:t xml:space="preserve">  Observe and </w:t>
      </w:r>
      <w:r w:rsidR="005D766C" w:rsidRPr="004175E9">
        <w:rPr>
          <w:b/>
          <w:color w:val="17365D"/>
          <w:sz w:val="24"/>
        </w:rPr>
        <w:t>make guesses</w:t>
      </w:r>
    </w:p>
    <w:p w14:paraId="4B1FCC68" w14:textId="1F0CA8A0" w:rsidR="00E77DE9" w:rsidRDefault="00AC4F90">
      <w:r>
        <w:t>Follow the links. What can you see? What are the people doing? What may they be feeling?</w:t>
      </w:r>
    </w:p>
    <w:p w14:paraId="0282EEB3" w14:textId="7D9DD8D6" w:rsidR="003A5C31" w:rsidRPr="00B61D7D" w:rsidRDefault="00B61D7D" w:rsidP="003A5C31">
      <w:pPr>
        <w:rPr>
          <w:lang w:val="fr-FR"/>
        </w:rPr>
      </w:pPr>
      <w:r w:rsidRPr="00B61D7D">
        <w:rPr>
          <w:lang w:val="fr-FR"/>
        </w:rPr>
        <w:t xml:space="preserve">Figure </w:t>
      </w:r>
      <w:proofErr w:type="gramStart"/>
      <w:r>
        <w:rPr>
          <w:lang w:val="fr-FR"/>
        </w:rPr>
        <w:t>1:</w:t>
      </w:r>
      <w:proofErr w:type="gramEnd"/>
      <w:r>
        <w:rPr>
          <w:lang w:val="fr-FR"/>
        </w:rPr>
        <w:t xml:space="preserve"> </w:t>
      </w:r>
      <w:hyperlink r:id="rId10" w:history="1">
        <w:r w:rsidRPr="00C43B94">
          <w:rPr>
            <w:rStyle w:val="Hyperlink"/>
            <w:lang w:val="fr-FR"/>
          </w:rPr>
          <w:t>https://www.familysearch.org/en/blog/ellis-island-facts-and-myths</w:t>
        </w:r>
      </w:hyperlink>
      <w:r w:rsidR="003A5C31" w:rsidRPr="00B61D7D">
        <w:rPr>
          <w:lang w:val="fr-FR"/>
        </w:rPr>
        <w:t xml:space="preserve"> </w:t>
      </w:r>
    </w:p>
    <w:p w14:paraId="450EA72A" w14:textId="2B949243" w:rsidR="003A5C31" w:rsidRPr="00B61D7D" w:rsidRDefault="00B61D7D" w:rsidP="003A5C31">
      <w:pPr>
        <w:rPr>
          <w:lang w:val="fr-FR"/>
        </w:rPr>
      </w:pPr>
      <w:r w:rsidRPr="00B61D7D">
        <w:rPr>
          <w:lang w:val="fr-FR"/>
        </w:rPr>
        <w:t>Fi</w:t>
      </w:r>
      <w:r>
        <w:rPr>
          <w:lang w:val="fr-FR"/>
        </w:rPr>
        <w:t xml:space="preserve">gure </w:t>
      </w:r>
      <w:proofErr w:type="gramStart"/>
      <w:r>
        <w:rPr>
          <w:lang w:val="fr-FR"/>
        </w:rPr>
        <w:t>2:</w:t>
      </w:r>
      <w:proofErr w:type="gramEnd"/>
      <w:r>
        <w:rPr>
          <w:lang w:val="fr-FR"/>
        </w:rPr>
        <w:t xml:space="preserve"> </w:t>
      </w:r>
      <w:hyperlink r:id="rId11" w:history="1">
        <w:r w:rsidRPr="00C43B94">
          <w:rPr>
            <w:rStyle w:val="Hyperlink"/>
            <w:lang w:val="fr-FR"/>
          </w:rPr>
          <w:t>https://www.instagram.com/p/DXoDD-bjbk5/</w:t>
        </w:r>
      </w:hyperlink>
      <w:r w:rsidR="003A5C31" w:rsidRPr="00B61D7D">
        <w:rPr>
          <w:lang w:val="fr-FR"/>
        </w:rPr>
        <w:t xml:space="preserve"> </w:t>
      </w:r>
    </w:p>
    <w:p w14:paraId="6C61E45F" w14:textId="7DBBEC61" w:rsidR="003A5C31" w:rsidRPr="00B61D7D" w:rsidRDefault="00B61D7D">
      <w:pPr>
        <w:rPr>
          <w:lang w:val="fr-FR"/>
        </w:rPr>
      </w:pPr>
      <w:r>
        <w:rPr>
          <w:lang w:val="fr-FR"/>
        </w:rPr>
        <w:t xml:space="preserve">Figure </w:t>
      </w:r>
      <w:proofErr w:type="gramStart"/>
      <w:r>
        <w:rPr>
          <w:lang w:val="fr-FR"/>
        </w:rPr>
        <w:t>3:</w:t>
      </w:r>
      <w:proofErr w:type="gramEnd"/>
      <w:r>
        <w:rPr>
          <w:lang w:val="fr-FR"/>
        </w:rPr>
        <w:t xml:space="preserve"> </w:t>
      </w:r>
      <w:hyperlink r:id="rId12" w:history="1">
        <w:r w:rsidRPr="00B61D7D">
          <w:rPr>
            <w:rStyle w:val="Hyperlink"/>
            <w:lang w:val="fr-FR"/>
          </w:rPr>
          <w:t>https://www.reddit.com/r/TheWayWeWere/comments/bh26uc/immigrants_celebrate</w:t>
        </w:r>
      </w:hyperlink>
      <w:r w:rsidRPr="00B61D7D">
        <w:rPr>
          <w:lang w:val="fr-FR"/>
        </w:rPr>
        <w:t xml:space="preserve"> </w:t>
      </w:r>
    </w:p>
    <w:p w14:paraId="1DF18927" w14:textId="77777777" w:rsidR="00E77DE9" w:rsidRPr="00D21E22" w:rsidRDefault="00000000">
      <w:pPr>
        <w:spacing w:after="40" w:line="240" w:lineRule="auto"/>
        <w:rPr>
          <w:lang w:val="en-GB"/>
        </w:rPr>
      </w:pPr>
      <w:r w:rsidRPr="00D21E22">
        <w:rPr>
          <w:lang w:val="en-GB"/>
        </w:rPr>
        <w:t>_______________________________________________________________________________________________________</w:t>
      </w:r>
    </w:p>
    <w:p w14:paraId="56275FB4" w14:textId="77777777" w:rsidR="00E77DE9" w:rsidRDefault="00000000">
      <w:pPr>
        <w:spacing w:after="40" w:line="240" w:lineRule="auto"/>
      </w:pPr>
      <w:r>
        <w:t>_______________________________________________________________________________________________________</w:t>
      </w:r>
    </w:p>
    <w:p w14:paraId="3F8F619E" w14:textId="77777777" w:rsidR="00E77DE9" w:rsidRDefault="00000000">
      <w:pPr>
        <w:spacing w:after="40" w:line="240" w:lineRule="auto"/>
      </w:pPr>
      <w:r>
        <w:t>_______________________________________________________________________________________________________</w:t>
      </w:r>
    </w:p>
    <w:p w14:paraId="7AA0D372" w14:textId="29FD82A7" w:rsidR="00E77DE9" w:rsidRPr="004175E9" w:rsidRDefault="00000000">
      <w:pPr>
        <w:spacing w:before="140" w:after="60"/>
      </w:pPr>
      <w:r w:rsidRPr="004175E9">
        <w:rPr>
          <w:b/>
          <w:color w:val="17365D"/>
          <w:sz w:val="24"/>
        </w:rPr>
        <w:t>2</w:t>
      </w:r>
      <w:r w:rsidR="005D766C" w:rsidRPr="004175E9">
        <w:rPr>
          <w:b/>
          <w:color w:val="17365D"/>
          <w:sz w:val="24"/>
        </w:rPr>
        <w:t>)</w:t>
      </w:r>
      <w:r w:rsidRPr="004175E9">
        <w:rPr>
          <w:b/>
          <w:color w:val="17365D"/>
          <w:sz w:val="24"/>
        </w:rPr>
        <w:t xml:space="preserve">  Follow the route</w:t>
      </w:r>
    </w:p>
    <w:p w14:paraId="06DCAF95" w14:textId="77777777" w:rsidR="00E77DE9" w:rsidRDefault="00000000">
      <w:r>
        <w:t>Complete the route, then use at least four words from the box to describe it.</w:t>
      </w:r>
    </w:p>
    <w:p w14:paraId="5B48A1A6" w14:textId="77777777" w:rsidR="00E77DE9" w:rsidRDefault="00000000">
      <w:pPr>
        <w:jc w:val="center"/>
        <w:rPr>
          <w:b/>
        </w:rPr>
      </w:pPr>
      <w:proofErr w:type="gramStart"/>
      <w:r>
        <w:rPr>
          <w:b/>
        </w:rPr>
        <w:t>EUROPE  →</w:t>
      </w:r>
      <w:proofErr w:type="gramEnd"/>
      <w:r>
        <w:rPr>
          <w:b/>
        </w:rPr>
        <w:t xml:space="preserve">  ___________________</w:t>
      </w:r>
      <w:proofErr w:type="gramStart"/>
      <w:r>
        <w:rPr>
          <w:b/>
        </w:rPr>
        <w:t>_  →</w:t>
      </w:r>
      <w:proofErr w:type="gramEnd"/>
      <w:r>
        <w:rPr>
          <w:b/>
        </w:rPr>
        <w:t xml:space="preserve">  ___________________</w:t>
      </w:r>
      <w:proofErr w:type="gramStart"/>
      <w:r>
        <w:rPr>
          <w:b/>
        </w:rPr>
        <w:t>_  →</w:t>
      </w:r>
      <w:proofErr w:type="gramEnd"/>
      <w:r>
        <w:rPr>
          <w:b/>
        </w:rPr>
        <w:t xml:space="preserve">  AMERICA</w:t>
      </w:r>
    </w:p>
    <w:p w14:paraId="5BE6FBE0" w14:textId="77777777" w:rsidR="0062135E" w:rsidRDefault="0062135E">
      <w:pPr>
        <w:jc w:val="center"/>
      </w:pPr>
    </w:p>
    <w:p w14:paraId="0C6E31D4" w14:textId="77777777" w:rsidR="00E77DE9" w:rsidRDefault="00000000">
      <w:pPr>
        <w:jc w:val="center"/>
      </w:pPr>
      <w:proofErr w:type="gramStart"/>
      <w:r>
        <w:t>leave  •</w:t>
      </w:r>
      <w:proofErr w:type="gramEnd"/>
      <w:r>
        <w:t xml:space="preserve">  </w:t>
      </w:r>
      <w:proofErr w:type="gramStart"/>
      <w:r>
        <w:t>immigrant  •</w:t>
      </w:r>
      <w:proofErr w:type="gramEnd"/>
      <w:r>
        <w:t xml:space="preserve">  </w:t>
      </w:r>
      <w:proofErr w:type="gramStart"/>
      <w:r>
        <w:t>journey  •</w:t>
      </w:r>
      <w:proofErr w:type="gramEnd"/>
      <w:r>
        <w:t xml:space="preserve">  </w:t>
      </w:r>
      <w:proofErr w:type="gramStart"/>
      <w:r>
        <w:t>ship  •</w:t>
      </w:r>
      <w:proofErr w:type="gramEnd"/>
      <w:r>
        <w:t xml:space="preserve">  </w:t>
      </w:r>
      <w:proofErr w:type="gramStart"/>
      <w:r>
        <w:t>sail  •</w:t>
      </w:r>
      <w:proofErr w:type="gramEnd"/>
      <w:r>
        <w:t xml:space="preserve">  </w:t>
      </w:r>
      <w:proofErr w:type="gramStart"/>
      <w:r>
        <w:t>cross  •</w:t>
      </w:r>
      <w:proofErr w:type="gramEnd"/>
      <w:r>
        <w:t xml:space="preserve">  </w:t>
      </w:r>
      <w:proofErr w:type="gramStart"/>
      <w:r>
        <w:t>arrive  •</w:t>
      </w:r>
      <w:proofErr w:type="gramEnd"/>
      <w:r>
        <w:t xml:space="preserve">  celebrate</w:t>
      </w:r>
    </w:p>
    <w:p w14:paraId="7A7A414B" w14:textId="77777777" w:rsidR="00E77DE9" w:rsidRDefault="00000000">
      <w:pPr>
        <w:spacing w:after="40" w:line="240" w:lineRule="auto"/>
      </w:pPr>
      <w:r>
        <w:t>_______________________________________________________________________________________________________</w:t>
      </w:r>
    </w:p>
    <w:p w14:paraId="3F27CBB0" w14:textId="77777777" w:rsidR="00E77DE9" w:rsidRDefault="00000000">
      <w:pPr>
        <w:spacing w:after="40" w:line="240" w:lineRule="auto"/>
      </w:pPr>
      <w:r>
        <w:t>_______________________________________________________________________________________________________</w:t>
      </w:r>
    </w:p>
    <w:p w14:paraId="74BDF913" w14:textId="64D14906" w:rsidR="00E77DE9" w:rsidRPr="004175E9" w:rsidRDefault="00000000">
      <w:pPr>
        <w:spacing w:before="140" w:after="60"/>
      </w:pPr>
      <w:r w:rsidRPr="004175E9">
        <w:rPr>
          <w:b/>
          <w:color w:val="17365D"/>
          <w:sz w:val="24"/>
        </w:rPr>
        <w:t>3</w:t>
      </w:r>
      <w:r w:rsidR="00980330" w:rsidRPr="004175E9">
        <w:rPr>
          <w:b/>
          <w:color w:val="17365D"/>
          <w:sz w:val="24"/>
        </w:rPr>
        <w:t>)</w:t>
      </w:r>
      <w:r w:rsidRPr="004175E9">
        <w:rPr>
          <w:b/>
          <w:color w:val="17365D"/>
          <w:sz w:val="24"/>
        </w:rPr>
        <w:t xml:space="preserve">  Think about migration</w:t>
      </w:r>
    </w:p>
    <w:p w14:paraId="37093B73" w14:textId="77777777" w:rsidR="00E77DE9" w:rsidRDefault="00000000">
      <w:r>
        <w:t xml:space="preserve">Why did people leave Europe for America? Complete at least three ideas with </w:t>
      </w:r>
      <w:r w:rsidRPr="00D97536">
        <w:rPr>
          <w:i/>
          <w:iCs/>
        </w:rPr>
        <w:t>because</w:t>
      </w:r>
      <w:r>
        <w:t>.</w:t>
      </w:r>
    </w:p>
    <w:p w14:paraId="783A73D4" w14:textId="3DDC91A0" w:rsidR="00E77DE9" w:rsidRDefault="00E60747">
      <w:r>
        <w:rPr>
          <w:i/>
        </w:rPr>
        <w:t>Ex: They left Europe because they wanted to find work.</w:t>
      </w:r>
    </w:p>
    <w:p w14:paraId="757A9009" w14:textId="77777777" w:rsidR="00E77DE9" w:rsidRDefault="00000000">
      <w:pPr>
        <w:spacing w:after="40" w:line="240" w:lineRule="auto"/>
      </w:pPr>
      <w:r>
        <w:t>_______________________________________________________________________________________________________</w:t>
      </w:r>
    </w:p>
    <w:p w14:paraId="79F4AB91" w14:textId="77777777" w:rsidR="00E77DE9" w:rsidRDefault="00000000">
      <w:pPr>
        <w:spacing w:after="40" w:line="240" w:lineRule="auto"/>
      </w:pPr>
      <w:r>
        <w:t>_______________________________________________________________________________________________________</w:t>
      </w:r>
    </w:p>
    <w:p w14:paraId="3A66D515" w14:textId="77777777" w:rsidR="00E77DE9" w:rsidRDefault="00000000">
      <w:pPr>
        <w:spacing w:after="40" w:line="240" w:lineRule="auto"/>
      </w:pPr>
      <w:r>
        <w:t>_______________________________________________________________________________________________________</w:t>
      </w:r>
    </w:p>
    <w:p w14:paraId="160966C4" w14:textId="471DCC4A" w:rsidR="00E77DE9" w:rsidRPr="004175E9" w:rsidRDefault="00000000">
      <w:pPr>
        <w:spacing w:before="140" w:after="60"/>
      </w:pPr>
      <w:r w:rsidRPr="004175E9">
        <w:rPr>
          <w:b/>
          <w:color w:val="17365D"/>
          <w:sz w:val="24"/>
        </w:rPr>
        <w:t>4</w:t>
      </w:r>
      <w:r w:rsidR="00980330" w:rsidRPr="004175E9">
        <w:rPr>
          <w:b/>
          <w:color w:val="17365D"/>
          <w:sz w:val="24"/>
        </w:rPr>
        <w:t>)</w:t>
      </w:r>
      <w:r w:rsidRPr="004175E9">
        <w:rPr>
          <w:b/>
          <w:color w:val="17365D"/>
          <w:sz w:val="24"/>
        </w:rPr>
        <w:t xml:space="preserve">  First listening</w:t>
      </w:r>
      <w:r w:rsidR="009D35AD" w:rsidRPr="004175E9">
        <w:rPr>
          <w:b/>
          <w:color w:val="17365D"/>
          <w:sz w:val="24"/>
        </w:rPr>
        <w:t>:</w:t>
      </w:r>
      <w:r w:rsidRPr="004175E9">
        <w:rPr>
          <w:b/>
          <w:color w:val="17365D"/>
          <w:sz w:val="24"/>
        </w:rPr>
        <w:t xml:space="preserve">  Get the main idea</w:t>
      </w:r>
    </w:p>
    <w:p w14:paraId="01B82268" w14:textId="77777777" w:rsidR="00E77DE9" w:rsidRDefault="00000000">
      <w:r>
        <w:t>Listen to part 1 without trying to understand every word. Circle the best answer.</w:t>
      </w:r>
    </w:p>
    <w:p w14:paraId="100CA1E9" w14:textId="77777777" w:rsidR="00E77DE9" w:rsidRDefault="00000000" w:rsidP="0076711D">
      <w:pPr>
        <w:pStyle w:val="ListBullet"/>
        <w:numPr>
          <w:ilvl w:val="0"/>
          <w:numId w:val="0"/>
        </w:numPr>
        <w:ind w:left="360" w:hanging="360"/>
      </w:pPr>
      <w:r>
        <w:t xml:space="preserve">☐ Morris is talking </w:t>
      </w:r>
      <w:proofErr w:type="gramStart"/>
      <w:r>
        <w:t>about:</w:t>
      </w:r>
      <w:proofErr w:type="gramEnd"/>
      <w:r>
        <w:t xml:space="preserve">  the </w:t>
      </w:r>
      <w:proofErr w:type="gramStart"/>
      <w:r>
        <w:t>past  /</w:t>
      </w:r>
      <w:proofErr w:type="gramEnd"/>
      <w:r>
        <w:t xml:space="preserve">  the present.</w:t>
      </w:r>
    </w:p>
    <w:p w14:paraId="4FAC2EFA" w14:textId="77777777" w:rsidR="00E77DE9" w:rsidRDefault="00000000" w:rsidP="0076711D">
      <w:pPr>
        <w:pStyle w:val="ListBullet"/>
        <w:numPr>
          <w:ilvl w:val="0"/>
          <w:numId w:val="0"/>
        </w:numPr>
        <w:ind w:left="360" w:hanging="360"/>
      </w:pPr>
      <w:r>
        <w:t xml:space="preserve">☐ He describes:  a train </w:t>
      </w:r>
      <w:proofErr w:type="gramStart"/>
      <w:r>
        <w:t>journey  /</w:t>
      </w:r>
      <w:proofErr w:type="gramEnd"/>
      <w:r>
        <w:t xml:space="preserve">  a sea </w:t>
      </w:r>
      <w:proofErr w:type="gramStart"/>
      <w:r>
        <w:t>journey  /</w:t>
      </w:r>
      <w:proofErr w:type="gramEnd"/>
      <w:r>
        <w:t xml:space="preserve">  a flight.</w:t>
      </w:r>
    </w:p>
    <w:p w14:paraId="1B931AAB" w14:textId="77777777" w:rsidR="00E77DE9" w:rsidRDefault="00000000" w:rsidP="0076711D">
      <w:pPr>
        <w:pStyle w:val="ListBullet"/>
        <w:numPr>
          <w:ilvl w:val="0"/>
          <w:numId w:val="0"/>
        </w:numPr>
        <w:ind w:left="360" w:hanging="360"/>
      </w:pPr>
      <w:r>
        <w:t xml:space="preserve">☐ During the journey, he </w:t>
      </w:r>
      <w:proofErr w:type="gramStart"/>
      <w:r>
        <w:t>was:</w:t>
      </w:r>
      <w:proofErr w:type="gramEnd"/>
      <w:r>
        <w:t xml:space="preserve">  a </w:t>
      </w:r>
      <w:proofErr w:type="gramStart"/>
      <w:r>
        <w:t>child  /</w:t>
      </w:r>
      <w:proofErr w:type="gramEnd"/>
      <w:r>
        <w:t xml:space="preserve">  an adult.</w:t>
      </w:r>
    </w:p>
    <w:p w14:paraId="7572D089" w14:textId="77777777" w:rsidR="00E77DE9" w:rsidRDefault="00000000" w:rsidP="0076711D">
      <w:pPr>
        <w:pStyle w:val="ListBullet"/>
        <w:numPr>
          <w:ilvl w:val="0"/>
          <w:numId w:val="0"/>
        </w:numPr>
        <w:ind w:left="360" w:hanging="360"/>
      </w:pPr>
      <w:r>
        <w:t xml:space="preserve">☐ At first, the experience sounds:  </w:t>
      </w:r>
      <w:proofErr w:type="gramStart"/>
      <w:r>
        <w:t>ordinary  /</w:t>
      </w:r>
      <w:proofErr w:type="gramEnd"/>
      <w:r>
        <w:t xml:space="preserve">  </w:t>
      </w:r>
      <w:proofErr w:type="gramStart"/>
      <w:r>
        <w:t>frightening  /</w:t>
      </w:r>
      <w:proofErr w:type="gramEnd"/>
      <w:r>
        <w:t xml:space="preserve">  impressive.</w:t>
      </w:r>
    </w:p>
    <w:p w14:paraId="50B6FD5F" w14:textId="5D330A06" w:rsidR="00E77DE9" w:rsidRPr="004175E9" w:rsidRDefault="00000000">
      <w:pPr>
        <w:spacing w:before="140" w:after="60"/>
      </w:pPr>
      <w:r w:rsidRPr="004175E9">
        <w:rPr>
          <w:b/>
          <w:color w:val="17365D"/>
          <w:sz w:val="24"/>
        </w:rPr>
        <w:t>5</w:t>
      </w:r>
      <w:r w:rsidR="00980330" w:rsidRPr="004175E9">
        <w:rPr>
          <w:b/>
          <w:color w:val="17365D"/>
          <w:sz w:val="24"/>
        </w:rPr>
        <w:t>)</w:t>
      </w:r>
      <w:r w:rsidRPr="004175E9">
        <w:rPr>
          <w:b/>
          <w:color w:val="17365D"/>
          <w:sz w:val="24"/>
        </w:rPr>
        <w:t xml:space="preserve">  Second listening</w:t>
      </w:r>
      <w:r w:rsidR="009D35AD" w:rsidRPr="004175E9">
        <w:rPr>
          <w:b/>
          <w:color w:val="17365D"/>
          <w:sz w:val="24"/>
        </w:rPr>
        <w:t>:</w:t>
      </w:r>
      <w:r w:rsidRPr="004175E9">
        <w:rPr>
          <w:b/>
          <w:color w:val="17365D"/>
          <w:sz w:val="24"/>
        </w:rPr>
        <w:t xml:space="preserve">  Pick out key facts</w:t>
      </w:r>
    </w:p>
    <w:p w14:paraId="17230B0B" w14:textId="7C4C2471" w:rsidR="00E77DE9" w:rsidRDefault="00E913F8">
      <w:r>
        <w:rPr>
          <w:noProof/>
        </w:rPr>
        <w:drawing>
          <wp:anchor distT="0" distB="0" distL="114300" distR="114300" simplePos="0" relativeHeight="251688960" behindDoc="0" locked="0" layoutInCell="1" allowOverlap="1" wp14:anchorId="2A6D98C2" wp14:editId="519F990E">
            <wp:simplePos x="0" y="0"/>
            <wp:positionH relativeFrom="margin">
              <wp:posOffset>5369689</wp:posOffset>
            </wp:positionH>
            <wp:positionV relativeFrom="paragraph">
              <wp:posOffset>969915</wp:posOffset>
            </wp:positionV>
            <wp:extent cx="1060450" cy="630450"/>
            <wp:effectExtent l="0" t="0" r="0" b="5080"/>
            <wp:wrapNone/>
            <wp:docPr id="75775828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30450"/>
                    </a:xfrm>
                    <a:prstGeom prst="rect">
                      <a:avLst/>
                    </a:prstGeom>
                  </pic:spPr>
                </pic:pic>
              </a:graphicData>
            </a:graphic>
            <wp14:sizeRelH relativeFrom="margin">
              <wp14:pctWidth>0</wp14:pctWidth>
            </wp14:sizeRelH>
            <wp14:sizeRelV relativeFrom="margin">
              <wp14:pctHeight>0</wp14:pctHeight>
            </wp14:sizeRelV>
          </wp:anchor>
        </w:drawing>
      </w:r>
      <w:r>
        <w:t>Listen again. Write a word, a name or a number. You do not need full sentences.</w:t>
      </w:r>
    </w:p>
    <w:tbl>
      <w:tblPr>
        <w:tblStyle w:val="TableGrid"/>
        <w:tblW w:w="0" w:type="auto"/>
        <w:jc w:val="center"/>
        <w:tblLook w:val="04A0" w:firstRow="1" w:lastRow="0" w:firstColumn="1" w:lastColumn="0" w:noHBand="0" w:noVBand="1"/>
      </w:tblPr>
      <w:tblGrid>
        <w:gridCol w:w="5328"/>
        <w:gridCol w:w="4464"/>
      </w:tblGrid>
      <w:tr w:rsidR="00E77DE9" w14:paraId="530967FD" w14:textId="77777777">
        <w:trPr>
          <w:tblHeader/>
          <w:jc w:val="center"/>
        </w:trPr>
        <w:tc>
          <w:tcPr>
            <w:tcW w:w="5328" w:type="dxa"/>
            <w:shd w:val="clear" w:color="auto" w:fill="17365D"/>
            <w:tcMar>
              <w:top w:w="100" w:type="dxa"/>
              <w:left w:w="120" w:type="dxa"/>
              <w:bottom w:w="100" w:type="dxa"/>
              <w:right w:w="120" w:type="dxa"/>
            </w:tcMar>
            <w:vAlign w:val="center"/>
          </w:tcPr>
          <w:p w14:paraId="366B5D31" w14:textId="77777777" w:rsidR="00E77DE9" w:rsidRDefault="00000000">
            <w:pPr>
              <w:keepLines/>
              <w:jc w:val="center"/>
            </w:pPr>
            <w:r>
              <w:rPr>
                <w:b/>
                <w:color w:val="FFFFFF"/>
                <w:sz w:val="19"/>
              </w:rPr>
              <w:t>Information</w:t>
            </w:r>
          </w:p>
        </w:tc>
        <w:tc>
          <w:tcPr>
            <w:tcW w:w="4464" w:type="dxa"/>
            <w:shd w:val="clear" w:color="auto" w:fill="17365D"/>
            <w:tcMar>
              <w:top w:w="100" w:type="dxa"/>
              <w:left w:w="120" w:type="dxa"/>
              <w:bottom w:w="100" w:type="dxa"/>
              <w:right w:w="120" w:type="dxa"/>
            </w:tcMar>
            <w:vAlign w:val="center"/>
          </w:tcPr>
          <w:p w14:paraId="4FE3037B" w14:textId="77777777" w:rsidR="00E77DE9" w:rsidRDefault="00000000">
            <w:pPr>
              <w:keepLines/>
              <w:jc w:val="center"/>
            </w:pPr>
            <w:r>
              <w:rPr>
                <w:b/>
                <w:color w:val="FFFFFF"/>
                <w:sz w:val="19"/>
              </w:rPr>
              <w:t>Your answer</w:t>
            </w:r>
          </w:p>
        </w:tc>
      </w:tr>
      <w:tr w:rsidR="00E77DE9" w14:paraId="401E3021" w14:textId="77777777">
        <w:trPr>
          <w:jc w:val="center"/>
        </w:trPr>
        <w:tc>
          <w:tcPr>
            <w:tcW w:w="5328" w:type="dxa"/>
            <w:tcMar>
              <w:top w:w="100" w:type="dxa"/>
              <w:left w:w="120" w:type="dxa"/>
              <w:bottom w:w="100" w:type="dxa"/>
              <w:right w:w="120" w:type="dxa"/>
            </w:tcMar>
            <w:vAlign w:val="center"/>
          </w:tcPr>
          <w:p w14:paraId="2AE73ABD" w14:textId="77777777" w:rsidR="00E77DE9" w:rsidRDefault="00000000">
            <w:pPr>
              <w:keepLines/>
              <w:spacing w:after="0"/>
            </w:pPr>
            <w:r>
              <w:rPr>
                <w:sz w:val="19"/>
              </w:rPr>
              <w:t>Speaker’s name</w:t>
            </w:r>
          </w:p>
        </w:tc>
        <w:tc>
          <w:tcPr>
            <w:tcW w:w="4464" w:type="dxa"/>
            <w:tcMar>
              <w:top w:w="100" w:type="dxa"/>
              <w:left w:w="120" w:type="dxa"/>
              <w:bottom w:w="100" w:type="dxa"/>
              <w:right w:w="120" w:type="dxa"/>
            </w:tcMar>
            <w:vAlign w:val="center"/>
          </w:tcPr>
          <w:p w14:paraId="03C538BC" w14:textId="77777777" w:rsidR="00E77DE9" w:rsidRDefault="00E77DE9">
            <w:pPr>
              <w:keepLines/>
              <w:spacing w:after="0"/>
            </w:pPr>
          </w:p>
        </w:tc>
      </w:tr>
      <w:tr w:rsidR="00E77DE9" w14:paraId="22210DCA" w14:textId="77777777">
        <w:trPr>
          <w:jc w:val="center"/>
        </w:trPr>
        <w:tc>
          <w:tcPr>
            <w:tcW w:w="5328" w:type="dxa"/>
            <w:shd w:val="clear" w:color="auto" w:fill="F3F6FA"/>
            <w:tcMar>
              <w:top w:w="100" w:type="dxa"/>
              <w:left w:w="120" w:type="dxa"/>
              <w:bottom w:w="100" w:type="dxa"/>
              <w:right w:w="120" w:type="dxa"/>
            </w:tcMar>
            <w:vAlign w:val="center"/>
          </w:tcPr>
          <w:p w14:paraId="612945CB" w14:textId="77777777" w:rsidR="00E77DE9" w:rsidRDefault="00000000">
            <w:pPr>
              <w:keepLines/>
              <w:spacing w:after="0"/>
            </w:pPr>
            <w:r>
              <w:rPr>
                <w:sz w:val="19"/>
              </w:rPr>
              <w:lastRenderedPageBreak/>
              <w:t>Country of origin</w:t>
            </w:r>
          </w:p>
        </w:tc>
        <w:tc>
          <w:tcPr>
            <w:tcW w:w="4464" w:type="dxa"/>
            <w:shd w:val="clear" w:color="auto" w:fill="F3F6FA"/>
            <w:tcMar>
              <w:top w:w="100" w:type="dxa"/>
              <w:left w:w="120" w:type="dxa"/>
              <w:bottom w:w="100" w:type="dxa"/>
              <w:right w:w="120" w:type="dxa"/>
            </w:tcMar>
            <w:vAlign w:val="center"/>
          </w:tcPr>
          <w:p w14:paraId="0767547E" w14:textId="77777777" w:rsidR="00E77DE9" w:rsidRDefault="00E77DE9">
            <w:pPr>
              <w:keepLines/>
              <w:spacing w:after="0"/>
            </w:pPr>
          </w:p>
        </w:tc>
      </w:tr>
      <w:tr w:rsidR="00E77DE9" w14:paraId="33B0CAD4" w14:textId="77777777">
        <w:trPr>
          <w:jc w:val="center"/>
        </w:trPr>
        <w:tc>
          <w:tcPr>
            <w:tcW w:w="5328" w:type="dxa"/>
            <w:tcMar>
              <w:top w:w="100" w:type="dxa"/>
              <w:left w:w="120" w:type="dxa"/>
              <w:bottom w:w="100" w:type="dxa"/>
              <w:right w:w="120" w:type="dxa"/>
            </w:tcMar>
            <w:vAlign w:val="center"/>
          </w:tcPr>
          <w:p w14:paraId="691AB1B5" w14:textId="77777777" w:rsidR="00E77DE9" w:rsidRDefault="00000000">
            <w:pPr>
              <w:keepLines/>
              <w:spacing w:after="0"/>
            </w:pPr>
            <w:r>
              <w:rPr>
                <w:sz w:val="19"/>
              </w:rPr>
              <w:t>Year</w:t>
            </w:r>
          </w:p>
        </w:tc>
        <w:tc>
          <w:tcPr>
            <w:tcW w:w="4464" w:type="dxa"/>
            <w:tcMar>
              <w:top w:w="100" w:type="dxa"/>
              <w:left w:w="120" w:type="dxa"/>
              <w:bottom w:w="100" w:type="dxa"/>
              <w:right w:w="120" w:type="dxa"/>
            </w:tcMar>
            <w:vAlign w:val="center"/>
          </w:tcPr>
          <w:p w14:paraId="402056DA" w14:textId="77777777" w:rsidR="00E77DE9" w:rsidRDefault="00E77DE9">
            <w:pPr>
              <w:keepLines/>
              <w:spacing w:after="0"/>
            </w:pPr>
          </w:p>
        </w:tc>
      </w:tr>
      <w:tr w:rsidR="00E77DE9" w14:paraId="746BA7DC" w14:textId="77777777">
        <w:trPr>
          <w:jc w:val="center"/>
        </w:trPr>
        <w:tc>
          <w:tcPr>
            <w:tcW w:w="5328" w:type="dxa"/>
            <w:shd w:val="clear" w:color="auto" w:fill="F3F6FA"/>
            <w:tcMar>
              <w:top w:w="100" w:type="dxa"/>
              <w:left w:w="120" w:type="dxa"/>
              <w:bottom w:w="100" w:type="dxa"/>
              <w:right w:w="120" w:type="dxa"/>
            </w:tcMar>
            <w:vAlign w:val="center"/>
          </w:tcPr>
          <w:p w14:paraId="2061F47E" w14:textId="77777777" w:rsidR="00E77DE9" w:rsidRDefault="00000000">
            <w:pPr>
              <w:keepLines/>
              <w:spacing w:after="0"/>
            </w:pPr>
            <w:r>
              <w:rPr>
                <w:sz w:val="19"/>
              </w:rPr>
              <w:t>Age</w:t>
            </w:r>
          </w:p>
        </w:tc>
        <w:tc>
          <w:tcPr>
            <w:tcW w:w="4464" w:type="dxa"/>
            <w:shd w:val="clear" w:color="auto" w:fill="F3F6FA"/>
            <w:tcMar>
              <w:top w:w="100" w:type="dxa"/>
              <w:left w:w="120" w:type="dxa"/>
              <w:bottom w:w="100" w:type="dxa"/>
              <w:right w:w="120" w:type="dxa"/>
            </w:tcMar>
            <w:vAlign w:val="center"/>
          </w:tcPr>
          <w:p w14:paraId="68ED5891" w14:textId="45D54D3A" w:rsidR="00E77DE9" w:rsidRDefault="00E77DE9">
            <w:pPr>
              <w:keepLines/>
              <w:spacing w:after="0"/>
            </w:pPr>
          </w:p>
        </w:tc>
      </w:tr>
      <w:tr w:rsidR="00E77DE9" w14:paraId="56AB540F" w14:textId="77777777">
        <w:trPr>
          <w:jc w:val="center"/>
        </w:trPr>
        <w:tc>
          <w:tcPr>
            <w:tcW w:w="5328" w:type="dxa"/>
            <w:tcMar>
              <w:top w:w="100" w:type="dxa"/>
              <w:left w:w="120" w:type="dxa"/>
              <w:bottom w:w="100" w:type="dxa"/>
              <w:right w:w="120" w:type="dxa"/>
            </w:tcMar>
            <w:vAlign w:val="center"/>
          </w:tcPr>
          <w:p w14:paraId="6113A66B" w14:textId="77777777" w:rsidR="00E77DE9" w:rsidRDefault="00000000">
            <w:pPr>
              <w:keepLines/>
              <w:spacing w:after="0"/>
            </w:pPr>
            <w:r>
              <w:rPr>
                <w:sz w:val="19"/>
              </w:rPr>
              <w:t>Name of the ship</w:t>
            </w:r>
          </w:p>
        </w:tc>
        <w:tc>
          <w:tcPr>
            <w:tcW w:w="4464" w:type="dxa"/>
            <w:tcMar>
              <w:top w:w="100" w:type="dxa"/>
              <w:left w:w="120" w:type="dxa"/>
              <w:bottom w:w="100" w:type="dxa"/>
              <w:right w:w="120" w:type="dxa"/>
            </w:tcMar>
            <w:vAlign w:val="center"/>
          </w:tcPr>
          <w:p w14:paraId="49E44EAE" w14:textId="77777777" w:rsidR="00E77DE9" w:rsidRDefault="00E77DE9">
            <w:pPr>
              <w:keepLines/>
              <w:spacing w:after="0"/>
            </w:pPr>
          </w:p>
        </w:tc>
      </w:tr>
      <w:tr w:rsidR="00E77DE9" w14:paraId="2049D0E2" w14:textId="77777777">
        <w:trPr>
          <w:jc w:val="center"/>
        </w:trPr>
        <w:tc>
          <w:tcPr>
            <w:tcW w:w="5328" w:type="dxa"/>
            <w:shd w:val="clear" w:color="auto" w:fill="F3F6FA"/>
            <w:tcMar>
              <w:top w:w="100" w:type="dxa"/>
              <w:left w:w="120" w:type="dxa"/>
              <w:bottom w:w="100" w:type="dxa"/>
              <w:right w:w="120" w:type="dxa"/>
            </w:tcMar>
            <w:vAlign w:val="center"/>
          </w:tcPr>
          <w:p w14:paraId="05C49E0B" w14:textId="4E8634C2" w:rsidR="00E77DE9" w:rsidRDefault="00000000">
            <w:pPr>
              <w:keepLines/>
              <w:spacing w:after="0"/>
            </w:pPr>
            <w:r>
              <w:rPr>
                <w:sz w:val="19"/>
              </w:rPr>
              <w:t>Who became seasick?</w:t>
            </w:r>
          </w:p>
        </w:tc>
        <w:tc>
          <w:tcPr>
            <w:tcW w:w="4464" w:type="dxa"/>
            <w:shd w:val="clear" w:color="auto" w:fill="F3F6FA"/>
            <w:tcMar>
              <w:top w:w="100" w:type="dxa"/>
              <w:left w:w="120" w:type="dxa"/>
              <w:bottom w:w="100" w:type="dxa"/>
              <w:right w:w="120" w:type="dxa"/>
            </w:tcMar>
            <w:vAlign w:val="center"/>
          </w:tcPr>
          <w:p w14:paraId="62EFB042" w14:textId="77777777" w:rsidR="00E77DE9" w:rsidRDefault="00E77DE9">
            <w:pPr>
              <w:keepLines/>
              <w:spacing w:after="0"/>
            </w:pPr>
          </w:p>
        </w:tc>
      </w:tr>
      <w:tr w:rsidR="00E77DE9" w14:paraId="1E2E8794" w14:textId="77777777">
        <w:trPr>
          <w:jc w:val="center"/>
        </w:trPr>
        <w:tc>
          <w:tcPr>
            <w:tcW w:w="5328" w:type="dxa"/>
            <w:tcMar>
              <w:top w:w="100" w:type="dxa"/>
              <w:left w:w="120" w:type="dxa"/>
              <w:bottom w:w="100" w:type="dxa"/>
              <w:right w:w="120" w:type="dxa"/>
            </w:tcMar>
            <w:vAlign w:val="center"/>
          </w:tcPr>
          <w:p w14:paraId="4ADF4013" w14:textId="77777777" w:rsidR="00E77DE9" w:rsidRDefault="00000000">
            <w:pPr>
              <w:keepLines/>
              <w:spacing w:after="0"/>
            </w:pPr>
            <w:r>
              <w:rPr>
                <w:sz w:val="19"/>
              </w:rPr>
              <w:t>Duration of the crossing</w:t>
            </w:r>
          </w:p>
        </w:tc>
        <w:tc>
          <w:tcPr>
            <w:tcW w:w="4464" w:type="dxa"/>
            <w:tcMar>
              <w:top w:w="100" w:type="dxa"/>
              <w:left w:w="120" w:type="dxa"/>
              <w:bottom w:w="100" w:type="dxa"/>
              <w:right w:w="120" w:type="dxa"/>
            </w:tcMar>
            <w:vAlign w:val="center"/>
          </w:tcPr>
          <w:p w14:paraId="71A9E7CD" w14:textId="77777777" w:rsidR="00E77DE9" w:rsidRDefault="00E77DE9">
            <w:pPr>
              <w:keepLines/>
              <w:spacing w:after="0"/>
            </w:pPr>
          </w:p>
        </w:tc>
      </w:tr>
      <w:tr w:rsidR="00E77DE9" w14:paraId="0BC31A18" w14:textId="77777777">
        <w:trPr>
          <w:jc w:val="center"/>
        </w:trPr>
        <w:tc>
          <w:tcPr>
            <w:tcW w:w="5328" w:type="dxa"/>
            <w:shd w:val="clear" w:color="auto" w:fill="F3F6FA"/>
            <w:tcMar>
              <w:top w:w="100" w:type="dxa"/>
              <w:left w:w="120" w:type="dxa"/>
              <w:bottom w:w="100" w:type="dxa"/>
              <w:right w:w="120" w:type="dxa"/>
            </w:tcMar>
            <w:vAlign w:val="center"/>
          </w:tcPr>
          <w:p w14:paraId="7A140603" w14:textId="77777777" w:rsidR="00E77DE9" w:rsidRDefault="00000000">
            <w:pPr>
              <w:keepLines/>
              <w:spacing w:after="0"/>
            </w:pPr>
            <w:r>
              <w:rPr>
                <w:sz w:val="19"/>
              </w:rPr>
              <w:t>Ocean</w:t>
            </w:r>
          </w:p>
        </w:tc>
        <w:tc>
          <w:tcPr>
            <w:tcW w:w="4464" w:type="dxa"/>
            <w:shd w:val="clear" w:color="auto" w:fill="F3F6FA"/>
            <w:tcMar>
              <w:top w:w="100" w:type="dxa"/>
              <w:left w:w="120" w:type="dxa"/>
              <w:bottom w:w="100" w:type="dxa"/>
              <w:right w:w="120" w:type="dxa"/>
            </w:tcMar>
            <w:vAlign w:val="center"/>
          </w:tcPr>
          <w:p w14:paraId="6D37ABB4" w14:textId="77777777" w:rsidR="00E77DE9" w:rsidRDefault="00E77DE9">
            <w:pPr>
              <w:keepLines/>
              <w:spacing w:after="0"/>
            </w:pPr>
          </w:p>
        </w:tc>
      </w:tr>
      <w:tr w:rsidR="00E77DE9" w14:paraId="11B82485" w14:textId="77777777">
        <w:trPr>
          <w:jc w:val="center"/>
        </w:trPr>
        <w:tc>
          <w:tcPr>
            <w:tcW w:w="5328" w:type="dxa"/>
            <w:tcMar>
              <w:top w:w="100" w:type="dxa"/>
              <w:left w:w="120" w:type="dxa"/>
              <w:bottom w:w="100" w:type="dxa"/>
              <w:right w:w="120" w:type="dxa"/>
            </w:tcMar>
            <w:vAlign w:val="center"/>
          </w:tcPr>
          <w:p w14:paraId="56CCCE61" w14:textId="77777777" w:rsidR="00E77DE9" w:rsidRDefault="00000000">
            <w:pPr>
              <w:keepLines/>
              <w:spacing w:after="0"/>
            </w:pPr>
            <w:r>
              <w:rPr>
                <w:sz w:val="19"/>
              </w:rPr>
              <w:t>Famous monument</w:t>
            </w:r>
          </w:p>
        </w:tc>
        <w:tc>
          <w:tcPr>
            <w:tcW w:w="4464" w:type="dxa"/>
            <w:tcMar>
              <w:top w:w="100" w:type="dxa"/>
              <w:left w:w="120" w:type="dxa"/>
              <w:bottom w:w="100" w:type="dxa"/>
              <w:right w:w="120" w:type="dxa"/>
            </w:tcMar>
            <w:vAlign w:val="center"/>
          </w:tcPr>
          <w:p w14:paraId="0A1639E8" w14:textId="77777777" w:rsidR="00E77DE9" w:rsidRDefault="00E77DE9">
            <w:pPr>
              <w:keepLines/>
              <w:spacing w:after="0"/>
            </w:pPr>
          </w:p>
        </w:tc>
      </w:tr>
    </w:tbl>
    <w:p w14:paraId="605DAE5F" w14:textId="7D862E88" w:rsidR="00E77DE9" w:rsidRDefault="00E77DE9">
      <w:pPr>
        <w:spacing w:after="0"/>
      </w:pPr>
    </w:p>
    <w:p w14:paraId="04F76B3A" w14:textId="5FCBFF86" w:rsidR="00E77DE9" w:rsidRPr="004175E9" w:rsidRDefault="00000000">
      <w:pPr>
        <w:spacing w:before="140" w:after="60"/>
      </w:pPr>
      <w:r w:rsidRPr="004175E9">
        <w:rPr>
          <w:b/>
          <w:color w:val="17365D"/>
          <w:sz w:val="24"/>
        </w:rPr>
        <w:t>6</w:t>
      </w:r>
      <w:r w:rsidR="00980330" w:rsidRPr="004175E9">
        <w:rPr>
          <w:b/>
          <w:color w:val="17365D"/>
          <w:sz w:val="24"/>
        </w:rPr>
        <w:t>)</w:t>
      </w:r>
      <w:r w:rsidRPr="004175E9">
        <w:rPr>
          <w:b/>
          <w:color w:val="17365D"/>
          <w:sz w:val="24"/>
        </w:rPr>
        <w:t xml:space="preserve">  Put the events in order</w:t>
      </w:r>
    </w:p>
    <w:p w14:paraId="22D93516" w14:textId="44E16BCC" w:rsidR="00E77DE9" w:rsidRDefault="00000000">
      <w:r>
        <w:t>Number the events from 1 to 6.</w:t>
      </w:r>
    </w:p>
    <w:p w14:paraId="01D65C7F" w14:textId="77777777" w:rsidR="00E77DE9" w:rsidRDefault="00000000" w:rsidP="007B3992">
      <w:pPr>
        <w:pStyle w:val="ListBullet"/>
        <w:numPr>
          <w:ilvl w:val="0"/>
          <w:numId w:val="0"/>
        </w:numPr>
        <w:ind w:left="360" w:hanging="360"/>
      </w:pPr>
      <w:r>
        <w:t>☐ They boarded the Rotterdam.</w:t>
      </w:r>
    </w:p>
    <w:p w14:paraId="17A71CE7" w14:textId="77777777" w:rsidR="00E77DE9" w:rsidRDefault="00000000" w:rsidP="007B3992">
      <w:pPr>
        <w:pStyle w:val="ListBullet"/>
        <w:numPr>
          <w:ilvl w:val="0"/>
          <w:numId w:val="0"/>
        </w:numPr>
        <w:ind w:left="360" w:hanging="360"/>
      </w:pPr>
      <w:r>
        <w:t>☐ They set sail.</w:t>
      </w:r>
    </w:p>
    <w:p w14:paraId="010C7635" w14:textId="5011FE05" w:rsidR="00E77DE9" w:rsidRDefault="00000000" w:rsidP="007B3992">
      <w:pPr>
        <w:pStyle w:val="ListBullet"/>
        <w:numPr>
          <w:ilvl w:val="0"/>
          <w:numId w:val="0"/>
        </w:numPr>
        <w:ind w:left="360" w:hanging="360"/>
      </w:pPr>
      <w:r>
        <w:t>☐ Morris’s sister got seasick.</w:t>
      </w:r>
    </w:p>
    <w:p w14:paraId="561F80C8" w14:textId="77777777" w:rsidR="00E77DE9" w:rsidRDefault="00000000" w:rsidP="007B3992">
      <w:pPr>
        <w:pStyle w:val="ListBullet"/>
        <w:numPr>
          <w:ilvl w:val="0"/>
          <w:numId w:val="0"/>
        </w:numPr>
        <w:ind w:left="360" w:hanging="360"/>
      </w:pPr>
      <w:r>
        <w:t>☐ They crossed the Atlantic for fourteen days.</w:t>
      </w:r>
    </w:p>
    <w:p w14:paraId="119C54F9" w14:textId="77777777" w:rsidR="00E77DE9" w:rsidRDefault="00000000" w:rsidP="007B3992">
      <w:pPr>
        <w:pStyle w:val="ListBullet"/>
        <w:numPr>
          <w:ilvl w:val="0"/>
          <w:numId w:val="0"/>
        </w:numPr>
        <w:ind w:left="360" w:hanging="360"/>
      </w:pPr>
      <w:r>
        <w:t>☐ She came up for fresh air.</w:t>
      </w:r>
    </w:p>
    <w:p w14:paraId="35748B01" w14:textId="77777777" w:rsidR="00E77DE9" w:rsidRDefault="00000000" w:rsidP="007B3992">
      <w:pPr>
        <w:pStyle w:val="ListBullet"/>
        <w:numPr>
          <w:ilvl w:val="0"/>
          <w:numId w:val="0"/>
        </w:numPr>
        <w:ind w:left="360" w:hanging="360"/>
      </w:pPr>
      <w:r>
        <w:t>☐ They saw the Statue of Liberty.</w:t>
      </w:r>
    </w:p>
    <w:p w14:paraId="53058831" w14:textId="0B12F1DB" w:rsidR="00E77DE9" w:rsidRPr="004175E9" w:rsidRDefault="00000000">
      <w:pPr>
        <w:spacing w:before="140" w:after="60"/>
      </w:pPr>
      <w:r w:rsidRPr="004175E9">
        <w:rPr>
          <w:b/>
          <w:color w:val="17365D"/>
          <w:sz w:val="24"/>
        </w:rPr>
        <w:t>7</w:t>
      </w:r>
      <w:r w:rsidR="00980330" w:rsidRPr="004175E9">
        <w:rPr>
          <w:b/>
          <w:color w:val="17365D"/>
          <w:sz w:val="24"/>
        </w:rPr>
        <w:t>)</w:t>
      </w:r>
      <w:r w:rsidRPr="004175E9">
        <w:rPr>
          <w:b/>
          <w:color w:val="17365D"/>
          <w:sz w:val="24"/>
        </w:rPr>
        <w:t xml:space="preserve">  First language clues</w:t>
      </w:r>
    </w:p>
    <w:p w14:paraId="1646B00C" w14:textId="77777777" w:rsidR="00E77DE9" w:rsidRDefault="00000000">
      <w:r>
        <w:t>Complete the simple-past forms you heard.</w:t>
      </w:r>
    </w:p>
    <w:tbl>
      <w:tblPr>
        <w:tblStyle w:val="TableGrid"/>
        <w:tblW w:w="0" w:type="auto"/>
        <w:jc w:val="center"/>
        <w:tblLook w:val="04A0" w:firstRow="1" w:lastRow="0" w:firstColumn="1" w:lastColumn="0" w:noHBand="0" w:noVBand="1"/>
      </w:tblPr>
      <w:tblGrid>
        <w:gridCol w:w="2478"/>
        <w:gridCol w:w="2479"/>
        <w:gridCol w:w="283"/>
        <w:gridCol w:w="2393"/>
        <w:gridCol w:w="2394"/>
      </w:tblGrid>
      <w:tr w:rsidR="00F2014A" w14:paraId="7674C6DB" w14:textId="77777777" w:rsidTr="00F2014A">
        <w:trPr>
          <w:tblHeader/>
          <w:jc w:val="center"/>
        </w:trPr>
        <w:tc>
          <w:tcPr>
            <w:tcW w:w="2478" w:type="dxa"/>
            <w:shd w:val="clear" w:color="auto" w:fill="17365D"/>
            <w:tcMar>
              <w:top w:w="100" w:type="dxa"/>
              <w:left w:w="120" w:type="dxa"/>
              <w:bottom w:w="100" w:type="dxa"/>
              <w:right w:w="120" w:type="dxa"/>
            </w:tcMar>
            <w:vAlign w:val="center"/>
          </w:tcPr>
          <w:p w14:paraId="30DC7395" w14:textId="77777777" w:rsidR="00F2014A" w:rsidRDefault="00F2014A">
            <w:pPr>
              <w:keepLines/>
              <w:jc w:val="center"/>
            </w:pPr>
            <w:r>
              <w:rPr>
                <w:b/>
                <w:color w:val="FFFFFF"/>
                <w:sz w:val="19"/>
              </w:rPr>
              <w:t>Infinitive</w:t>
            </w:r>
          </w:p>
        </w:tc>
        <w:tc>
          <w:tcPr>
            <w:tcW w:w="2479" w:type="dxa"/>
            <w:tcBorders>
              <w:right w:val="single" w:sz="4" w:space="0" w:color="auto"/>
            </w:tcBorders>
            <w:shd w:val="clear" w:color="auto" w:fill="17365D"/>
            <w:tcMar>
              <w:top w:w="100" w:type="dxa"/>
              <w:left w:w="120" w:type="dxa"/>
              <w:bottom w:w="100" w:type="dxa"/>
              <w:right w:w="120" w:type="dxa"/>
            </w:tcMar>
            <w:vAlign w:val="center"/>
          </w:tcPr>
          <w:p w14:paraId="144AEFF3" w14:textId="77777777" w:rsidR="00F2014A" w:rsidRDefault="00F2014A">
            <w:pPr>
              <w:keepLines/>
              <w:jc w:val="center"/>
            </w:pPr>
            <w:r>
              <w:rPr>
                <w:b/>
                <w:color w:val="FFFFFF"/>
                <w:sz w:val="19"/>
              </w:rPr>
              <w:t>Simple past</w:t>
            </w:r>
          </w:p>
        </w:tc>
        <w:tc>
          <w:tcPr>
            <w:tcW w:w="283" w:type="dxa"/>
            <w:vMerge w:val="restart"/>
            <w:tcBorders>
              <w:top w:val="nil"/>
              <w:left w:val="single" w:sz="4" w:space="0" w:color="auto"/>
              <w:bottom w:val="nil"/>
              <w:right w:val="single" w:sz="4" w:space="0" w:color="auto"/>
            </w:tcBorders>
          </w:tcPr>
          <w:p w14:paraId="5027EE28" w14:textId="77777777" w:rsidR="00F2014A" w:rsidRDefault="00F2014A">
            <w:pPr>
              <w:keepLines/>
              <w:jc w:val="center"/>
              <w:rPr>
                <w:b/>
                <w:color w:val="FFFFFF"/>
                <w:sz w:val="19"/>
              </w:rPr>
            </w:pPr>
          </w:p>
        </w:tc>
        <w:tc>
          <w:tcPr>
            <w:tcW w:w="2393" w:type="dxa"/>
            <w:tcBorders>
              <w:left w:val="single" w:sz="4" w:space="0" w:color="auto"/>
            </w:tcBorders>
            <w:shd w:val="clear" w:color="auto" w:fill="17365D"/>
            <w:tcMar>
              <w:top w:w="100" w:type="dxa"/>
              <w:left w:w="120" w:type="dxa"/>
              <w:bottom w:w="100" w:type="dxa"/>
              <w:right w:w="120" w:type="dxa"/>
            </w:tcMar>
            <w:vAlign w:val="center"/>
          </w:tcPr>
          <w:p w14:paraId="19E4086F" w14:textId="22E89850" w:rsidR="00F2014A" w:rsidRDefault="00F2014A">
            <w:pPr>
              <w:keepLines/>
              <w:jc w:val="center"/>
            </w:pPr>
            <w:r>
              <w:rPr>
                <w:b/>
                <w:color w:val="FFFFFF"/>
                <w:sz w:val="19"/>
              </w:rPr>
              <w:t>Infinitive</w:t>
            </w:r>
          </w:p>
        </w:tc>
        <w:tc>
          <w:tcPr>
            <w:tcW w:w="2394" w:type="dxa"/>
            <w:shd w:val="clear" w:color="auto" w:fill="17365D"/>
            <w:tcMar>
              <w:top w:w="100" w:type="dxa"/>
              <w:left w:w="120" w:type="dxa"/>
              <w:bottom w:w="100" w:type="dxa"/>
              <w:right w:w="120" w:type="dxa"/>
            </w:tcMar>
            <w:vAlign w:val="center"/>
          </w:tcPr>
          <w:p w14:paraId="5C2444EB" w14:textId="77777777" w:rsidR="00F2014A" w:rsidRDefault="00F2014A">
            <w:pPr>
              <w:keepLines/>
              <w:jc w:val="center"/>
            </w:pPr>
            <w:r>
              <w:rPr>
                <w:b/>
                <w:color w:val="FFFFFF"/>
                <w:sz w:val="19"/>
              </w:rPr>
              <w:t>Simple past</w:t>
            </w:r>
          </w:p>
        </w:tc>
      </w:tr>
      <w:tr w:rsidR="00F2014A" w14:paraId="300E59D5" w14:textId="77777777" w:rsidTr="00F2014A">
        <w:trPr>
          <w:jc w:val="center"/>
        </w:trPr>
        <w:tc>
          <w:tcPr>
            <w:tcW w:w="2478" w:type="dxa"/>
            <w:tcMar>
              <w:top w:w="100" w:type="dxa"/>
              <w:left w:w="120" w:type="dxa"/>
              <w:bottom w:w="100" w:type="dxa"/>
              <w:right w:w="120" w:type="dxa"/>
            </w:tcMar>
            <w:vAlign w:val="center"/>
          </w:tcPr>
          <w:p w14:paraId="78FDB771" w14:textId="77777777" w:rsidR="00F2014A" w:rsidRDefault="00F2014A">
            <w:pPr>
              <w:keepLines/>
              <w:spacing w:after="0"/>
            </w:pPr>
            <w:r>
              <w:rPr>
                <w:sz w:val="19"/>
              </w:rPr>
              <w:t>get</w:t>
            </w:r>
          </w:p>
        </w:tc>
        <w:tc>
          <w:tcPr>
            <w:tcW w:w="2479" w:type="dxa"/>
            <w:tcBorders>
              <w:right w:val="single" w:sz="4" w:space="0" w:color="auto"/>
            </w:tcBorders>
            <w:tcMar>
              <w:top w:w="100" w:type="dxa"/>
              <w:left w:w="120" w:type="dxa"/>
              <w:bottom w:w="100" w:type="dxa"/>
              <w:right w:w="120" w:type="dxa"/>
            </w:tcMar>
            <w:vAlign w:val="center"/>
          </w:tcPr>
          <w:p w14:paraId="38735BDE" w14:textId="3C39F4B6" w:rsidR="00F2014A" w:rsidRDefault="00F2014A">
            <w:pPr>
              <w:keepLines/>
              <w:spacing w:after="0"/>
            </w:pPr>
          </w:p>
        </w:tc>
        <w:tc>
          <w:tcPr>
            <w:tcW w:w="283" w:type="dxa"/>
            <w:vMerge/>
            <w:tcBorders>
              <w:top w:val="nil"/>
              <w:left w:val="single" w:sz="4" w:space="0" w:color="auto"/>
              <w:bottom w:val="nil"/>
              <w:right w:val="single" w:sz="4" w:space="0" w:color="auto"/>
            </w:tcBorders>
          </w:tcPr>
          <w:p w14:paraId="3B6F0907" w14:textId="77777777" w:rsidR="00F2014A" w:rsidRDefault="00F2014A">
            <w:pPr>
              <w:keepLines/>
              <w:spacing w:after="0"/>
              <w:rPr>
                <w:sz w:val="19"/>
              </w:rPr>
            </w:pPr>
          </w:p>
        </w:tc>
        <w:tc>
          <w:tcPr>
            <w:tcW w:w="2393" w:type="dxa"/>
            <w:tcBorders>
              <w:left w:val="single" w:sz="4" w:space="0" w:color="auto"/>
            </w:tcBorders>
            <w:tcMar>
              <w:top w:w="100" w:type="dxa"/>
              <w:left w:w="120" w:type="dxa"/>
              <w:bottom w:w="100" w:type="dxa"/>
              <w:right w:w="120" w:type="dxa"/>
            </w:tcMar>
            <w:vAlign w:val="center"/>
          </w:tcPr>
          <w:p w14:paraId="3C982A31" w14:textId="26E85E1B" w:rsidR="00F2014A" w:rsidRDefault="00F2014A">
            <w:pPr>
              <w:keepLines/>
              <w:spacing w:after="0"/>
            </w:pPr>
            <w:r>
              <w:rPr>
                <w:sz w:val="19"/>
              </w:rPr>
              <w:t>take</w:t>
            </w:r>
          </w:p>
        </w:tc>
        <w:tc>
          <w:tcPr>
            <w:tcW w:w="2394" w:type="dxa"/>
            <w:tcMar>
              <w:top w:w="100" w:type="dxa"/>
              <w:left w:w="120" w:type="dxa"/>
              <w:bottom w:w="100" w:type="dxa"/>
              <w:right w:w="120" w:type="dxa"/>
            </w:tcMar>
            <w:vAlign w:val="center"/>
          </w:tcPr>
          <w:p w14:paraId="34976BC6" w14:textId="3F532F41" w:rsidR="00F2014A" w:rsidRDefault="00F2014A">
            <w:pPr>
              <w:keepLines/>
              <w:spacing w:after="0"/>
            </w:pPr>
          </w:p>
        </w:tc>
      </w:tr>
      <w:tr w:rsidR="00F2014A" w14:paraId="2543C31F" w14:textId="77777777" w:rsidTr="00F2014A">
        <w:trPr>
          <w:jc w:val="center"/>
        </w:trPr>
        <w:tc>
          <w:tcPr>
            <w:tcW w:w="2478" w:type="dxa"/>
            <w:shd w:val="clear" w:color="auto" w:fill="F3F6FA"/>
            <w:tcMar>
              <w:top w:w="100" w:type="dxa"/>
              <w:left w:w="120" w:type="dxa"/>
              <w:bottom w:w="100" w:type="dxa"/>
              <w:right w:w="120" w:type="dxa"/>
            </w:tcMar>
            <w:vAlign w:val="center"/>
          </w:tcPr>
          <w:p w14:paraId="3198FE1F" w14:textId="77777777" w:rsidR="00F2014A" w:rsidRDefault="00F2014A">
            <w:pPr>
              <w:keepLines/>
              <w:spacing w:after="0"/>
            </w:pPr>
            <w:r>
              <w:rPr>
                <w:sz w:val="19"/>
              </w:rPr>
              <w:t>leave</w:t>
            </w:r>
          </w:p>
        </w:tc>
        <w:tc>
          <w:tcPr>
            <w:tcW w:w="2479" w:type="dxa"/>
            <w:tcBorders>
              <w:right w:val="single" w:sz="4" w:space="0" w:color="auto"/>
            </w:tcBorders>
            <w:shd w:val="clear" w:color="auto" w:fill="F3F6FA"/>
            <w:tcMar>
              <w:top w:w="100" w:type="dxa"/>
              <w:left w:w="120" w:type="dxa"/>
              <w:bottom w:w="100" w:type="dxa"/>
              <w:right w:w="120" w:type="dxa"/>
            </w:tcMar>
            <w:vAlign w:val="center"/>
          </w:tcPr>
          <w:p w14:paraId="5559B883" w14:textId="166DCAA1" w:rsidR="00F2014A" w:rsidRDefault="00F2014A">
            <w:pPr>
              <w:keepLines/>
              <w:spacing w:after="0"/>
            </w:pPr>
          </w:p>
        </w:tc>
        <w:tc>
          <w:tcPr>
            <w:tcW w:w="283" w:type="dxa"/>
            <w:vMerge/>
            <w:tcBorders>
              <w:top w:val="nil"/>
              <w:left w:val="single" w:sz="4" w:space="0" w:color="auto"/>
              <w:bottom w:val="nil"/>
              <w:right w:val="single" w:sz="4" w:space="0" w:color="auto"/>
            </w:tcBorders>
          </w:tcPr>
          <w:p w14:paraId="56D7C609" w14:textId="77777777" w:rsidR="00F2014A" w:rsidRDefault="00F2014A">
            <w:pPr>
              <w:keepLines/>
              <w:spacing w:after="0"/>
              <w:rPr>
                <w:sz w:val="19"/>
              </w:rPr>
            </w:pPr>
          </w:p>
        </w:tc>
        <w:tc>
          <w:tcPr>
            <w:tcW w:w="2393" w:type="dxa"/>
            <w:tcBorders>
              <w:left w:val="single" w:sz="4" w:space="0" w:color="auto"/>
            </w:tcBorders>
            <w:shd w:val="clear" w:color="auto" w:fill="F3F6FA"/>
            <w:tcMar>
              <w:top w:w="100" w:type="dxa"/>
              <w:left w:w="120" w:type="dxa"/>
              <w:bottom w:w="100" w:type="dxa"/>
              <w:right w:w="120" w:type="dxa"/>
            </w:tcMar>
            <w:vAlign w:val="center"/>
          </w:tcPr>
          <w:p w14:paraId="6E085DD7" w14:textId="2DBA1581" w:rsidR="00F2014A" w:rsidRDefault="00F2014A">
            <w:pPr>
              <w:keepLines/>
              <w:spacing w:after="0"/>
            </w:pPr>
            <w:r>
              <w:rPr>
                <w:sz w:val="19"/>
              </w:rPr>
              <w:t>see</w:t>
            </w:r>
          </w:p>
        </w:tc>
        <w:tc>
          <w:tcPr>
            <w:tcW w:w="2394" w:type="dxa"/>
            <w:shd w:val="clear" w:color="auto" w:fill="F3F6FA"/>
            <w:tcMar>
              <w:top w:w="100" w:type="dxa"/>
              <w:left w:w="120" w:type="dxa"/>
              <w:bottom w:w="100" w:type="dxa"/>
              <w:right w:w="120" w:type="dxa"/>
            </w:tcMar>
            <w:vAlign w:val="center"/>
          </w:tcPr>
          <w:p w14:paraId="520502A8" w14:textId="2BE0596F" w:rsidR="00F2014A" w:rsidRDefault="00F2014A">
            <w:pPr>
              <w:keepLines/>
              <w:spacing w:after="0"/>
            </w:pPr>
          </w:p>
        </w:tc>
      </w:tr>
      <w:tr w:rsidR="00F2014A" w14:paraId="51471EA5" w14:textId="77777777" w:rsidTr="00F2014A">
        <w:trPr>
          <w:jc w:val="center"/>
        </w:trPr>
        <w:tc>
          <w:tcPr>
            <w:tcW w:w="2478" w:type="dxa"/>
            <w:tcMar>
              <w:top w:w="100" w:type="dxa"/>
              <w:left w:w="120" w:type="dxa"/>
              <w:bottom w:w="100" w:type="dxa"/>
              <w:right w:w="120" w:type="dxa"/>
            </w:tcMar>
            <w:vAlign w:val="center"/>
          </w:tcPr>
          <w:p w14:paraId="33A138CE" w14:textId="77777777" w:rsidR="00F2014A" w:rsidRDefault="00F2014A">
            <w:pPr>
              <w:keepLines/>
              <w:spacing w:after="0"/>
            </w:pPr>
            <w:r>
              <w:rPr>
                <w:sz w:val="19"/>
              </w:rPr>
              <w:t>set</w:t>
            </w:r>
          </w:p>
        </w:tc>
        <w:tc>
          <w:tcPr>
            <w:tcW w:w="2479" w:type="dxa"/>
            <w:tcBorders>
              <w:right w:val="single" w:sz="4" w:space="0" w:color="auto"/>
            </w:tcBorders>
            <w:tcMar>
              <w:top w:w="100" w:type="dxa"/>
              <w:left w:w="120" w:type="dxa"/>
              <w:bottom w:w="100" w:type="dxa"/>
              <w:right w:w="120" w:type="dxa"/>
            </w:tcMar>
            <w:vAlign w:val="center"/>
          </w:tcPr>
          <w:p w14:paraId="4B0D07AF" w14:textId="0D03342B" w:rsidR="00F2014A" w:rsidRDefault="00F2014A">
            <w:pPr>
              <w:keepLines/>
              <w:spacing w:after="0"/>
            </w:pPr>
          </w:p>
        </w:tc>
        <w:tc>
          <w:tcPr>
            <w:tcW w:w="283" w:type="dxa"/>
            <w:vMerge/>
            <w:tcBorders>
              <w:top w:val="nil"/>
              <w:left w:val="single" w:sz="4" w:space="0" w:color="auto"/>
              <w:bottom w:val="nil"/>
              <w:right w:val="single" w:sz="4" w:space="0" w:color="auto"/>
            </w:tcBorders>
          </w:tcPr>
          <w:p w14:paraId="436F294E" w14:textId="77777777" w:rsidR="00F2014A" w:rsidRDefault="00F2014A">
            <w:pPr>
              <w:keepLines/>
              <w:spacing w:after="0"/>
              <w:rPr>
                <w:sz w:val="19"/>
              </w:rPr>
            </w:pPr>
          </w:p>
        </w:tc>
        <w:tc>
          <w:tcPr>
            <w:tcW w:w="2393" w:type="dxa"/>
            <w:tcBorders>
              <w:left w:val="single" w:sz="4" w:space="0" w:color="auto"/>
            </w:tcBorders>
            <w:tcMar>
              <w:top w:w="100" w:type="dxa"/>
              <w:left w:w="120" w:type="dxa"/>
              <w:bottom w:w="100" w:type="dxa"/>
              <w:right w:w="120" w:type="dxa"/>
            </w:tcMar>
            <w:vAlign w:val="center"/>
          </w:tcPr>
          <w:p w14:paraId="4DEC9E0A" w14:textId="2ED52EBF" w:rsidR="00F2014A" w:rsidRDefault="00F2014A">
            <w:pPr>
              <w:keepLines/>
              <w:spacing w:after="0"/>
            </w:pPr>
            <w:r>
              <w:rPr>
                <w:sz w:val="19"/>
              </w:rPr>
              <w:t>be</w:t>
            </w:r>
          </w:p>
        </w:tc>
        <w:tc>
          <w:tcPr>
            <w:tcW w:w="2394" w:type="dxa"/>
            <w:tcMar>
              <w:top w:w="100" w:type="dxa"/>
              <w:left w:w="120" w:type="dxa"/>
              <w:bottom w:w="100" w:type="dxa"/>
              <w:right w:w="120" w:type="dxa"/>
            </w:tcMar>
            <w:vAlign w:val="center"/>
          </w:tcPr>
          <w:p w14:paraId="0977BAD4" w14:textId="58D3BC8F" w:rsidR="00F2014A" w:rsidRDefault="00F2014A">
            <w:pPr>
              <w:keepLines/>
              <w:spacing w:after="0"/>
            </w:pPr>
          </w:p>
        </w:tc>
      </w:tr>
    </w:tbl>
    <w:p w14:paraId="306F92A8" w14:textId="77777777" w:rsidR="00E77DE9" w:rsidRDefault="00E77DE9">
      <w:pPr>
        <w:spacing w:after="0"/>
      </w:pPr>
    </w:p>
    <w:p w14:paraId="435A1464" w14:textId="4DDF0023" w:rsidR="00E77DE9" w:rsidRPr="004175E9" w:rsidRDefault="00000000">
      <w:pPr>
        <w:spacing w:before="140" w:after="60"/>
      </w:pPr>
      <w:r w:rsidRPr="004175E9">
        <w:rPr>
          <w:b/>
          <w:color w:val="17365D"/>
          <w:sz w:val="24"/>
        </w:rPr>
        <w:t>8</w:t>
      </w:r>
      <w:r w:rsidR="00980330" w:rsidRPr="004175E9">
        <w:rPr>
          <w:b/>
          <w:color w:val="17365D"/>
          <w:sz w:val="24"/>
        </w:rPr>
        <w:t>)</w:t>
      </w:r>
      <w:r w:rsidRPr="004175E9">
        <w:rPr>
          <w:b/>
          <w:color w:val="17365D"/>
          <w:sz w:val="24"/>
        </w:rPr>
        <w:t xml:space="preserve">  What I remember</w:t>
      </w:r>
    </w:p>
    <w:p w14:paraId="71CD269A" w14:textId="1DA25ADF" w:rsidR="00E77DE9" w:rsidRDefault="00B90D6A">
      <w:r>
        <w:t>Give one piece of information about Morris.</w:t>
      </w:r>
    </w:p>
    <w:p w14:paraId="3976D1D3" w14:textId="57052318" w:rsidR="00B90D6A" w:rsidRDefault="00B90D6A" w:rsidP="00B90D6A">
      <w:pPr>
        <w:spacing w:after="40" w:line="240" w:lineRule="auto"/>
      </w:pPr>
      <w:r>
        <w:t>_______________________________________________________________________________________________________</w:t>
      </w:r>
    </w:p>
    <w:p w14:paraId="1DF3C969" w14:textId="2E0E8963" w:rsidR="00B90D6A" w:rsidRDefault="00B90D6A">
      <w:r>
        <w:t>Write one question you still have about him.</w:t>
      </w:r>
    </w:p>
    <w:p w14:paraId="6BC10F21" w14:textId="48D00FD3" w:rsidR="00217649" w:rsidRDefault="00000000" w:rsidP="000052DF">
      <w:pPr>
        <w:spacing w:after="40" w:line="240" w:lineRule="auto"/>
      </w:pPr>
      <w:r>
        <w:t>_______________________________________________________________________________________________________</w:t>
      </w:r>
    </w:p>
    <w:p w14:paraId="0B77B318" w14:textId="77777777" w:rsidR="000052DF" w:rsidRDefault="000052DF" w:rsidP="000052DF">
      <w:pPr>
        <w:spacing w:after="40" w:line="240" w:lineRule="auto"/>
      </w:pPr>
    </w:p>
    <w:p w14:paraId="18C62042" w14:textId="5357058B" w:rsidR="00217649" w:rsidRDefault="006057C5">
      <w:r>
        <w:rPr>
          <w:noProof/>
        </w:rPr>
        <w:drawing>
          <wp:anchor distT="0" distB="0" distL="114300" distR="114300" simplePos="0" relativeHeight="251700224" behindDoc="0" locked="0" layoutInCell="1" allowOverlap="1" wp14:anchorId="4C1045D2" wp14:editId="2F19925E">
            <wp:simplePos x="0" y="0"/>
            <wp:positionH relativeFrom="margin">
              <wp:posOffset>5313045</wp:posOffset>
            </wp:positionH>
            <wp:positionV relativeFrom="paragraph">
              <wp:posOffset>1038506</wp:posOffset>
            </wp:positionV>
            <wp:extent cx="1060450" cy="630450"/>
            <wp:effectExtent l="0" t="0" r="0" b="5080"/>
            <wp:wrapNone/>
            <wp:docPr id="54701495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30450"/>
                    </a:xfrm>
                    <a:prstGeom prst="rect">
                      <a:avLst/>
                    </a:prstGeom>
                  </pic:spPr>
                </pic:pic>
              </a:graphicData>
            </a:graphic>
            <wp14:sizeRelH relativeFrom="margin">
              <wp14:pctWidth>0</wp14:pctWidth>
            </wp14:sizeRelH>
            <wp14:sizeRelV relativeFrom="margin">
              <wp14:pctHeight>0</wp14:pctHeight>
            </wp14:sizeRelV>
          </wp:anchor>
        </w:drawing>
      </w:r>
      <w:r w:rsidR="00095A29" w:rsidRPr="004175E9">
        <w:rPr>
          <w:b/>
          <w:color w:val="17365D"/>
          <w:sz w:val="24"/>
        </w:rPr>
        <w:t xml:space="preserve">+ </w:t>
      </w:r>
      <w:r w:rsidR="00217649" w:rsidRPr="004175E9">
        <w:rPr>
          <w:b/>
          <w:color w:val="17365D"/>
          <w:sz w:val="24"/>
        </w:rPr>
        <w:t>HOMEWORK</w:t>
      </w:r>
      <w:r w:rsidR="00217649">
        <w:t xml:space="preserve">: </w:t>
      </w:r>
      <w:r w:rsidR="00DD2720">
        <w:t>R</w:t>
      </w:r>
      <w:r w:rsidR="00217649">
        <w:t>emember Morris’ journey. Answer the following question for next class: what are the two main classes of verbs in English (simple past form)?</w:t>
      </w:r>
      <w:r w:rsidR="00C24356">
        <w:br w:type="page"/>
      </w:r>
    </w:p>
    <w:p w14:paraId="3D79A035" w14:textId="5F2A43E6" w:rsidR="00E77DE9" w:rsidRDefault="00000000">
      <w:pPr>
        <w:jc w:val="center"/>
      </w:pPr>
      <w:r>
        <w:rPr>
          <w:b/>
          <w:color w:val="17365D"/>
          <w:sz w:val="22"/>
        </w:rPr>
        <w:lastRenderedPageBreak/>
        <w:t>SESSION 2</w:t>
      </w:r>
    </w:p>
    <w:p w14:paraId="7E03E505" w14:textId="77777777" w:rsidR="00E77DE9" w:rsidRDefault="00000000">
      <w:pPr>
        <w:jc w:val="center"/>
      </w:pPr>
      <w:proofErr w:type="gramStart"/>
      <w:r>
        <w:rPr>
          <w:b/>
          <w:color w:val="17365D"/>
          <w:sz w:val="36"/>
        </w:rPr>
        <w:t>EXPERIENCE  LIFE</w:t>
      </w:r>
      <w:proofErr w:type="gramEnd"/>
      <w:r>
        <w:rPr>
          <w:b/>
          <w:color w:val="17365D"/>
          <w:sz w:val="36"/>
        </w:rPr>
        <w:t xml:space="preserve"> IN STEERAGE</w:t>
      </w:r>
    </w:p>
    <w:p w14:paraId="7675F3DD" w14:textId="7E819205" w:rsidR="00E77DE9" w:rsidRDefault="00000000">
      <w:pPr>
        <w:jc w:val="center"/>
      </w:pPr>
      <w:r>
        <w:rPr>
          <w:i/>
          <w:sz w:val="22"/>
        </w:rPr>
        <w:t>What was the crossing really like?</w:t>
      </w:r>
    </w:p>
    <w:tbl>
      <w:tblPr>
        <w:tblStyle w:val="TableGrid"/>
        <w:tblW w:w="0" w:type="auto"/>
        <w:jc w:val="center"/>
        <w:tblLook w:val="04A0" w:firstRow="1" w:lastRow="0" w:firstColumn="1" w:lastColumn="0" w:noHBand="0" w:noVBand="1"/>
      </w:tblPr>
      <w:tblGrid>
        <w:gridCol w:w="8064"/>
      </w:tblGrid>
      <w:tr w:rsidR="00A92D46" w14:paraId="19830A2B" w14:textId="77777777">
        <w:trPr>
          <w:tblHeader/>
          <w:jc w:val="center"/>
        </w:trPr>
        <w:tc>
          <w:tcPr>
            <w:tcW w:w="8064" w:type="dxa"/>
            <w:shd w:val="clear" w:color="auto" w:fill="17365D"/>
            <w:tcMar>
              <w:top w:w="100" w:type="dxa"/>
              <w:left w:w="120" w:type="dxa"/>
              <w:bottom w:w="100" w:type="dxa"/>
              <w:right w:w="120" w:type="dxa"/>
            </w:tcMar>
            <w:vAlign w:val="center"/>
          </w:tcPr>
          <w:p w14:paraId="261959A7" w14:textId="77777777" w:rsidR="00A92D46" w:rsidRDefault="00A92D46">
            <w:pPr>
              <w:keepLines/>
              <w:jc w:val="center"/>
            </w:pPr>
            <w:r>
              <w:rPr>
                <w:b/>
                <w:color w:val="FFFFFF"/>
                <w:sz w:val="19"/>
              </w:rPr>
              <w:t>Today’s goal</w:t>
            </w:r>
          </w:p>
        </w:tc>
      </w:tr>
      <w:tr w:rsidR="00A92D46" w14:paraId="58E041E1" w14:textId="77777777">
        <w:trPr>
          <w:jc w:val="center"/>
        </w:trPr>
        <w:tc>
          <w:tcPr>
            <w:tcW w:w="8064" w:type="dxa"/>
            <w:tcMar>
              <w:top w:w="100" w:type="dxa"/>
              <w:left w:w="120" w:type="dxa"/>
              <w:bottom w:w="100" w:type="dxa"/>
              <w:right w:w="120" w:type="dxa"/>
            </w:tcMar>
            <w:vAlign w:val="center"/>
          </w:tcPr>
          <w:p w14:paraId="5329C8E5" w14:textId="77777777" w:rsidR="00A92D46" w:rsidRDefault="00A92D46">
            <w:pPr>
              <w:keepLines/>
              <w:spacing w:after="0"/>
            </w:pPr>
            <w:r>
              <w:rPr>
                <w:sz w:val="19"/>
              </w:rPr>
              <w:t>Understand part 2 of the audio through sounds, details and actions.</w:t>
            </w:r>
          </w:p>
        </w:tc>
      </w:tr>
    </w:tbl>
    <w:p w14:paraId="2E4C2BF5" w14:textId="77777777" w:rsidR="00E77DE9" w:rsidRDefault="00E77DE9">
      <w:pPr>
        <w:spacing w:after="0"/>
      </w:pPr>
    </w:p>
    <w:p w14:paraId="3B3F19F7" w14:textId="375009E5" w:rsidR="00E77DE9" w:rsidRPr="004175E9" w:rsidRDefault="00000000">
      <w:pPr>
        <w:spacing w:before="140" w:after="60"/>
        <w:rPr>
          <w:b/>
          <w:color w:val="17365D"/>
          <w:sz w:val="24"/>
        </w:rPr>
      </w:pPr>
      <w:r w:rsidRPr="004175E9">
        <w:rPr>
          <w:b/>
          <w:color w:val="17365D"/>
          <w:sz w:val="24"/>
        </w:rPr>
        <w:t>1</w:t>
      </w:r>
      <w:r w:rsidR="00980330" w:rsidRPr="004175E9">
        <w:rPr>
          <w:b/>
          <w:color w:val="17365D"/>
          <w:sz w:val="24"/>
        </w:rPr>
        <w:t>)</w:t>
      </w:r>
      <w:r w:rsidRPr="004175E9">
        <w:rPr>
          <w:b/>
          <w:color w:val="17365D"/>
          <w:sz w:val="24"/>
        </w:rPr>
        <w:t xml:space="preserve">  Retrieval challenge</w:t>
      </w:r>
    </w:p>
    <w:p w14:paraId="3F9331F8" w14:textId="4978EB48" w:rsidR="00682570" w:rsidRDefault="00764BD1">
      <w:pPr>
        <w:spacing w:before="140" w:after="60"/>
      </w:pPr>
      <w:r w:rsidRPr="00764BD1">
        <w:rPr>
          <w:noProof/>
        </w:rPr>
        <w:drawing>
          <wp:inline distT="0" distB="0" distL="0" distR="0" wp14:anchorId="3EE6F25D" wp14:editId="3F10F9D9">
            <wp:extent cx="6373495" cy="3985260"/>
            <wp:effectExtent l="0" t="0" r="8255" b="0"/>
            <wp:docPr id="1902632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3245" name=""/>
                    <pic:cNvPicPr/>
                  </pic:nvPicPr>
                  <pic:blipFill>
                    <a:blip r:embed="rId13"/>
                    <a:stretch>
                      <a:fillRect/>
                    </a:stretch>
                  </pic:blipFill>
                  <pic:spPr>
                    <a:xfrm>
                      <a:off x="0" y="0"/>
                      <a:ext cx="6373495" cy="3985260"/>
                    </a:xfrm>
                    <a:prstGeom prst="rect">
                      <a:avLst/>
                    </a:prstGeom>
                  </pic:spPr>
                </pic:pic>
              </a:graphicData>
            </a:graphic>
          </wp:inline>
        </w:drawing>
      </w:r>
    </w:p>
    <w:p w14:paraId="0BB82866" w14:textId="2EDB71E6" w:rsidR="00764BD1" w:rsidRDefault="00764BD1">
      <w:pPr>
        <w:spacing w:before="140" w:after="60"/>
        <w:rPr>
          <w:b/>
          <w:color w:val="17365D"/>
          <w:sz w:val="24"/>
        </w:rPr>
      </w:pPr>
      <w:r w:rsidRPr="00764BD1">
        <w:rPr>
          <w:b/>
          <w:noProof/>
          <w:color w:val="17365D"/>
          <w:sz w:val="24"/>
        </w:rPr>
        <w:drawing>
          <wp:anchor distT="0" distB="0" distL="114300" distR="114300" simplePos="0" relativeHeight="251658240" behindDoc="0" locked="0" layoutInCell="1" allowOverlap="1" wp14:anchorId="33AD4598" wp14:editId="41E275E4">
            <wp:simplePos x="0" y="0"/>
            <wp:positionH relativeFrom="column">
              <wp:posOffset>4009390</wp:posOffset>
            </wp:positionH>
            <wp:positionV relativeFrom="paragraph">
              <wp:posOffset>58420</wp:posOffset>
            </wp:positionV>
            <wp:extent cx="2324100" cy="1407253"/>
            <wp:effectExtent l="0" t="0" r="0" b="2540"/>
            <wp:wrapNone/>
            <wp:docPr id="19063607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60725" name=""/>
                    <pic:cNvPicPr/>
                  </pic:nvPicPr>
                  <pic:blipFill>
                    <a:blip r:embed="rId14"/>
                    <a:stretch>
                      <a:fillRect/>
                    </a:stretch>
                  </pic:blipFill>
                  <pic:spPr>
                    <a:xfrm>
                      <a:off x="0" y="0"/>
                      <a:ext cx="2324100" cy="1407253"/>
                    </a:xfrm>
                    <a:prstGeom prst="rect">
                      <a:avLst/>
                    </a:prstGeom>
                  </pic:spPr>
                </pic:pic>
              </a:graphicData>
            </a:graphic>
            <wp14:sizeRelH relativeFrom="margin">
              <wp14:pctWidth>0</wp14:pctWidth>
            </wp14:sizeRelH>
            <wp14:sizeRelV relativeFrom="margin">
              <wp14:pctHeight>0</wp14:pctHeight>
            </wp14:sizeRelV>
          </wp:anchor>
        </w:drawing>
      </w:r>
    </w:p>
    <w:p w14:paraId="1D4BE1A6" w14:textId="77777777" w:rsidR="00764BD1" w:rsidRDefault="00764BD1">
      <w:pPr>
        <w:spacing w:before="140" w:after="60"/>
        <w:rPr>
          <w:b/>
          <w:color w:val="17365D"/>
          <w:sz w:val="24"/>
        </w:rPr>
      </w:pPr>
    </w:p>
    <w:p w14:paraId="73113AC5" w14:textId="77777777" w:rsidR="00764BD1" w:rsidRDefault="00764BD1">
      <w:pPr>
        <w:spacing w:before="140" w:after="60"/>
        <w:rPr>
          <w:b/>
          <w:color w:val="17365D"/>
          <w:sz w:val="24"/>
        </w:rPr>
      </w:pPr>
    </w:p>
    <w:p w14:paraId="2E7BEB13" w14:textId="77777777" w:rsidR="00764BD1" w:rsidRDefault="00764BD1">
      <w:pPr>
        <w:spacing w:before="140" w:after="60"/>
        <w:rPr>
          <w:b/>
          <w:color w:val="17365D"/>
          <w:sz w:val="24"/>
        </w:rPr>
      </w:pPr>
    </w:p>
    <w:p w14:paraId="534CAF8E" w14:textId="77777777" w:rsidR="00D15F14" w:rsidRDefault="00D15F14">
      <w:pPr>
        <w:spacing w:before="140" w:after="60"/>
        <w:rPr>
          <w:b/>
          <w:color w:val="17365D"/>
          <w:sz w:val="24"/>
        </w:rPr>
      </w:pPr>
    </w:p>
    <w:p w14:paraId="27C66FB0" w14:textId="04EB55F1" w:rsidR="00E77DE9" w:rsidRPr="004175E9" w:rsidRDefault="00000000">
      <w:pPr>
        <w:spacing w:before="140" w:after="60"/>
      </w:pPr>
      <w:r w:rsidRPr="004175E9">
        <w:rPr>
          <w:b/>
          <w:color w:val="17365D"/>
          <w:sz w:val="24"/>
        </w:rPr>
        <w:t>2</w:t>
      </w:r>
      <w:r w:rsidR="00980330" w:rsidRPr="004175E9">
        <w:rPr>
          <w:b/>
          <w:color w:val="17365D"/>
          <w:sz w:val="24"/>
        </w:rPr>
        <w:t>)</w:t>
      </w:r>
      <w:r w:rsidRPr="004175E9">
        <w:rPr>
          <w:b/>
          <w:color w:val="17365D"/>
          <w:sz w:val="24"/>
        </w:rPr>
        <w:t xml:space="preserve">  Before you listen</w:t>
      </w:r>
    </w:p>
    <w:p w14:paraId="02B77E2B" w14:textId="77777777" w:rsidR="00E77DE9" w:rsidRDefault="00000000">
      <w:r>
        <w:t xml:space="preserve">What do you imagine when you hear the word </w:t>
      </w:r>
      <w:r w:rsidRPr="00D05E1D">
        <w:rPr>
          <w:i/>
          <w:iCs/>
        </w:rPr>
        <w:t>steerage</w:t>
      </w:r>
      <w:r>
        <w:t>? Circle four predictions.</w:t>
      </w:r>
    </w:p>
    <w:p w14:paraId="7D3A47CE" w14:textId="2B51C09B" w:rsidR="00E77DE9" w:rsidRDefault="00000000" w:rsidP="00D15F14">
      <w:pPr>
        <w:jc w:val="center"/>
      </w:pPr>
      <w:proofErr w:type="gramStart"/>
      <w:r>
        <w:t>crowded  •</w:t>
      </w:r>
      <w:proofErr w:type="gramEnd"/>
      <w:r>
        <w:t xml:space="preserve">  fresh </w:t>
      </w:r>
      <w:proofErr w:type="gramStart"/>
      <w:r>
        <w:t>air  •</w:t>
      </w:r>
      <w:proofErr w:type="gramEnd"/>
      <w:r>
        <w:t xml:space="preserve">  </w:t>
      </w:r>
      <w:proofErr w:type="gramStart"/>
      <w:r>
        <w:t>comfortable  •</w:t>
      </w:r>
      <w:proofErr w:type="gramEnd"/>
      <w:r>
        <w:t xml:space="preserve">  </w:t>
      </w:r>
      <w:proofErr w:type="gramStart"/>
      <w:r>
        <w:t>hot  •</w:t>
      </w:r>
      <w:proofErr w:type="gramEnd"/>
      <w:r>
        <w:t xml:space="preserve">  </w:t>
      </w:r>
      <w:proofErr w:type="gramStart"/>
      <w:r>
        <w:t>dirty  •</w:t>
      </w:r>
      <w:proofErr w:type="gramEnd"/>
      <w:r>
        <w:t xml:space="preserve">  </w:t>
      </w:r>
      <w:proofErr w:type="gramStart"/>
      <w:r>
        <w:t>quiet  •</w:t>
      </w:r>
      <w:proofErr w:type="gramEnd"/>
      <w:r>
        <w:t xml:space="preserve">  </w:t>
      </w:r>
      <w:proofErr w:type="gramStart"/>
      <w:r>
        <w:t>confined  •</w:t>
      </w:r>
      <w:proofErr w:type="gramEnd"/>
      <w:r>
        <w:t xml:space="preserve">  </w:t>
      </w:r>
      <w:proofErr w:type="gramStart"/>
      <w:r>
        <w:t>luxurious  •</w:t>
      </w:r>
      <w:proofErr w:type="gramEnd"/>
      <w:r>
        <w:t xml:space="preserve">  noisy</w:t>
      </w:r>
    </w:p>
    <w:p w14:paraId="007ADFE0" w14:textId="7A56B413" w:rsidR="00D15F14" w:rsidRDefault="00D21E22">
      <w:pPr>
        <w:spacing w:after="200"/>
        <w:rPr>
          <w:b/>
          <w:color w:val="17365D"/>
          <w:sz w:val="24"/>
        </w:rPr>
      </w:pPr>
      <w:r>
        <w:rPr>
          <w:noProof/>
        </w:rPr>
        <w:drawing>
          <wp:anchor distT="0" distB="0" distL="114300" distR="114300" simplePos="0" relativeHeight="251684864" behindDoc="0" locked="0" layoutInCell="1" allowOverlap="1" wp14:anchorId="09E1B183" wp14:editId="362D26C6">
            <wp:simplePos x="0" y="0"/>
            <wp:positionH relativeFrom="margin">
              <wp:posOffset>5312256</wp:posOffset>
            </wp:positionH>
            <wp:positionV relativeFrom="paragraph">
              <wp:posOffset>616214</wp:posOffset>
            </wp:positionV>
            <wp:extent cx="1060450" cy="630450"/>
            <wp:effectExtent l="0" t="0" r="6350" b="0"/>
            <wp:wrapNone/>
            <wp:docPr id="50797311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30450"/>
                    </a:xfrm>
                    <a:prstGeom prst="rect">
                      <a:avLst/>
                    </a:prstGeom>
                  </pic:spPr>
                </pic:pic>
              </a:graphicData>
            </a:graphic>
            <wp14:sizeRelH relativeFrom="margin">
              <wp14:pctWidth>0</wp14:pctWidth>
            </wp14:sizeRelH>
            <wp14:sizeRelV relativeFrom="margin">
              <wp14:pctHeight>0</wp14:pctHeight>
            </wp14:sizeRelV>
          </wp:anchor>
        </w:drawing>
      </w:r>
      <w:r w:rsidR="00D15F14">
        <w:rPr>
          <w:b/>
          <w:color w:val="17365D"/>
          <w:sz w:val="24"/>
        </w:rPr>
        <w:br w:type="page"/>
      </w:r>
    </w:p>
    <w:p w14:paraId="3FE1B115" w14:textId="3E3132E9" w:rsidR="00E77DE9" w:rsidRPr="004175E9" w:rsidRDefault="00D15F14">
      <w:pPr>
        <w:spacing w:before="140" w:after="60"/>
      </w:pPr>
      <w:r>
        <w:rPr>
          <w:b/>
          <w:color w:val="17365D"/>
          <w:sz w:val="24"/>
        </w:rPr>
        <w:lastRenderedPageBreak/>
        <w:t>3</w:t>
      </w:r>
      <w:r w:rsidR="00980330" w:rsidRPr="004175E9">
        <w:rPr>
          <w:b/>
          <w:color w:val="17365D"/>
          <w:sz w:val="24"/>
        </w:rPr>
        <w:t>)</w:t>
      </w:r>
      <w:r w:rsidRPr="004175E9">
        <w:rPr>
          <w:b/>
          <w:color w:val="17365D"/>
          <w:sz w:val="24"/>
        </w:rPr>
        <w:t xml:space="preserve">  Second listening</w:t>
      </w:r>
      <w:r w:rsidR="00980330" w:rsidRPr="004175E9">
        <w:rPr>
          <w:b/>
          <w:color w:val="17365D"/>
          <w:sz w:val="24"/>
        </w:rPr>
        <w:t>:</w:t>
      </w:r>
      <w:r w:rsidRPr="004175E9">
        <w:rPr>
          <w:b/>
          <w:color w:val="17365D"/>
          <w:sz w:val="24"/>
        </w:rPr>
        <w:t xml:space="preserve">  Use your senses</w:t>
      </w:r>
    </w:p>
    <w:p w14:paraId="50534739" w14:textId="34A0E974" w:rsidR="00E77DE9" w:rsidRDefault="00000000">
      <w:r>
        <w:t xml:space="preserve">Listen again. Write isolated words or short phrases. </w:t>
      </w:r>
    </w:p>
    <w:tbl>
      <w:tblPr>
        <w:tblStyle w:val="TableGrid"/>
        <w:tblW w:w="0" w:type="auto"/>
        <w:jc w:val="center"/>
        <w:tblLook w:val="04A0" w:firstRow="1" w:lastRow="0" w:firstColumn="1" w:lastColumn="0" w:noHBand="0" w:noVBand="1"/>
      </w:tblPr>
      <w:tblGrid>
        <w:gridCol w:w="3456"/>
        <w:gridCol w:w="6336"/>
      </w:tblGrid>
      <w:tr w:rsidR="00E77DE9" w14:paraId="3B958BC0" w14:textId="77777777">
        <w:trPr>
          <w:tblHeader/>
          <w:jc w:val="center"/>
        </w:trPr>
        <w:tc>
          <w:tcPr>
            <w:tcW w:w="3456" w:type="dxa"/>
            <w:shd w:val="clear" w:color="auto" w:fill="17365D"/>
            <w:tcMar>
              <w:top w:w="100" w:type="dxa"/>
              <w:left w:w="120" w:type="dxa"/>
              <w:bottom w:w="100" w:type="dxa"/>
              <w:right w:w="120" w:type="dxa"/>
            </w:tcMar>
            <w:vAlign w:val="center"/>
          </w:tcPr>
          <w:p w14:paraId="25E03252" w14:textId="77777777" w:rsidR="00E77DE9" w:rsidRDefault="00000000">
            <w:pPr>
              <w:keepLines/>
              <w:jc w:val="center"/>
            </w:pPr>
            <w:r>
              <w:rPr>
                <w:b/>
                <w:color w:val="FFFFFF"/>
                <w:sz w:val="19"/>
              </w:rPr>
              <w:t>Sense or category</w:t>
            </w:r>
          </w:p>
        </w:tc>
        <w:tc>
          <w:tcPr>
            <w:tcW w:w="6336" w:type="dxa"/>
            <w:shd w:val="clear" w:color="auto" w:fill="17365D"/>
            <w:tcMar>
              <w:top w:w="100" w:type="dxa"/>
              <w:left w:w="120" w:type="dxa"/>
              <w:bottom w:w="100" w:type="dxa"/>
              <w:right w:w="120" w:type="dxa"/>
            </w:tcMar>
            <w:vAlign w:val="center"/>
          </w:tcPr>
          <w:p w14:paraId="24F73AC0" w14:textId="77777777" w:rsidR="00E77DE9" w:rsidRDefault="00000000">
            <w:pPr>
              <w:keepLines/>
              <w:jc w:val="center"/>
            </w:pPr>
            <w:r>
              <w:rPr>
                <w:b/>
                <w:color w:val="FFFFFF"/>
                <w:sz w:val="19"/>
              </w:rPr>
              <w:t>What you hear</w:t>
            </w:r>
          </w:p>
        </w:tc>
      </w:tr>
      <w:tr w:rsidR="00E77DE9" w14:paraId="64C27527" w14:textId="77777777">
        <w:trPr>
          <w:jc w:val="center"/>
        </w:trPr>
        <w:tc>
          <w:tcPr>
            <w:tcW w:w="3456" w:type="dxa"/>
            <w:tcMar>
              <w:top w:w="100" w:type="dxa"/>
              <w:left w:w="120" w:type="dxa"/>
              <w:bottom w:w="100" w:type="dxa"/>
              <w:right w:w="120" w:type="dxa"/>
            </w:tcMar>
            <w:vAlign w:val="center"/>
          </w:tcPr>
          <w:p w14:paraId="731F20D6" w14:textId="77777777" w:rsidR="00E77DE9" w:rsidRDefault="00000000">
            <w:pPr>
              <w:keepLines/>
              <w:spacing w:after="0"/>
            </w:pPr>
            <w:r>
              <w:rPr>
                <w:sz w:val="19"/>
              </w:rPr>
              <w:t>Temperature</w:t>
            </w:r>
          </w:p>
        </w:tc>
        <w:tc>
          <w:tcPr>
            <w:tcW w:w="6336" w:type="dxa"/>
            <w:tcMar>
              <w:top w:w="100" w:type="dxa"/>
              <w:left w:w="120" w:type="dxa"/>
              <w:bottom w:w="100" w:type="dxa"/>
              <w:right w:w="120" w:type="dxa"/>
            </w:tcMar>
            <w:vAlign w:val="center"/>
          </w:tcPr>
          <w:p w14:paraId="0C3B94A7" w14:textId="77777777" w:rsidR="00E77DE9" w:rsidRDefault="00E77DE9">
            <w:pPr>
              <w:keepLines/>
              <w:spacing w:after="0"/>
            </w:pPr>
          </w:p>
        </w:tc>
      </w:tr>
      <w:tr w:rsidR="00E77DE9" w14:paraId="694001FD" w14:textId="77777777">
        <w:trPr>
          <w:jc w:val="center"/>
        </w:trPr>
        <w:tc>
          <w:tcPr>
            <w:tcW w:w="3456" w:type="dxa"/>
            <w:shd w:val="clear" w:color="auto" w:fill="F3F6FA"/>
            <w:tcMar>
              <w:top w:w="100" w:type="dxa"/>
              <w:left w:w="120" w:type="dxa"/>
              <w:bottom w:w="100" w:type="dxa"/>
              <w:right w:w="120" w:type="dxa"/>
            </w:tcMar>
            <w:vAlign w:val="center"/>
          </w:tcPr>
          <w:p w14:paraId="131532A3" w14:textId="77777777" w:rsidR="00E77DE9" w:rsidRDefault="00000000">
            <w:pPr>
              <w:keepLines/>
              <w:spacing w:after="0"/>
            </w:pPr>
            <w:r>
              <w:rPr>
                <w:sz w:val="19"/>
              </w:rPr>
              <w:t>Smell</w:t>
            </w:r>
          </w:p>
        </w:tc>
        <w:tc>
          <w:tcPr>
            <w:tcW w:w="6336" w:type="dxa"/>
            <w:shd w:val="clear" w:color="auto" w:fill="F3F6FA"/>
            <w:tcMar>
              <w:top w:w="100" w:type="dxa"/>
              <w:left w:w="120" w:type="dxa"/>
              <w:bottom w:w="100" w:type="dxa"/>
              <w:right w:w="120" w:type="dxa"/>
            </w:tcMar>
            <w:vAlign w:val="center"/>
          </w:tcPr>
          <w:p w14:paraId="2F44460C" w14:textId="77777777" w:rsidR="00E77DE9" w:rsidRDefault="00E77DE9">
            <w:pPr>
              <w:keepLines/>
              <w:spacing w:after="0"/>
            </w:pPr>
          </w:p>
        </w:tc>
      </w:tr>
      <w:tr w:rsidR="00E77DE9" w14:paraId="5CCE5753" w14:textId="77777777">
        <w:trPr>
          <w:jc w:val="center"/>
        </w:trPr>
        <w:tc>
          <w:tcPr>
            <w:tcW w:w="3456" w:type="dxa"/>
            <w:tcMar>
              <w:top w:w="100" w:type="dxa"/>
              <w:left w:w="120" w:type="dxa"/>
              <w:bottom w:w="100" w:type="dxa"/>
              <w:right w:w="120" w:type="dxa"/>
            </w:tcMar>
            <w:vAlign w:val="center"/>
          </w:tcPr>
          <w:p w14:paraId="579939A0" w14:textId="77777777" w:rsidR="00E77DE9" w:rsidRDefault="00000000">
            <w:pPr>
              <w:keepLines/>
              <w:spacing w:after="0"/>
            </w:pPr>
            <w:r>
              <w:rPr>
                <w:sz w:val="19"/>
              </w:rPr>
              <w:t>Sound / voices</w:t>
            </w:r>
          </w:p>
        </w:tc>
        <w:tc>
          <w:tcPr>
            <w:tcW w:w="6336" w:type="dxa"/>
            <w:tcMar>
              <w:top w:w="100" w:type="dxa"/>
              <w:left w:w="120" w:type="dxa"/>
              <w:bottom w:w="100" w:type="dxa"/>
              <w:right w:w="120" w:type="dxa"/>
            </w:tcMar>
            <w:vAlign w:val="center"/>
          </w:tcPr>
          <w:p w14:paraId="2C448C7D" w14:textId="77777777" w:rsidR="00E77DE9" w:rsidRDefault="00E77DE9">
            <w:pPr>
              <w:keepLines/>
              <w:spacing w:after="0"/>
            </w:pPr>
          </w:p>
        </w:tc>
      </w:tr>
      <w:tr w:rsidR="00E77DE9" w14:paraId="514B0BC4" w14:textId="77777777">
        <w:trPr>
          <w:jc w:val="center"/>
        </w:trPr>
        <w:tc>
          <w:tcPr>
            <w:tcW w:w="3456" w:type="dxa"/>
            <w:shd w:val="clear" w:color="auto" w:fill="F3F6FA"/>
            <w:tcMar>
              <w:top w:w="100" w:type="dxa"/>
              <w:left w:w="120" w:type="dxa"/>
              <w:bottom w:w="100" w:type="dxa"/>
              <w:right w:w="120" w:type="dxa"/>
            </w:tcMar>
            <w:vAlign w:val="center"/>
          </w:tcPr>
          <w:p w14:paraId="72F8E2AA" w14:textId="77777777" w:rsidR="00E77DE9" w:rsidRDefault="00000000">
            <w:pPr>
              <w:keepLines/>
              <w:spacing w:after="0"/>
            </w:pPr>
            <w:r>
              <w:rPr>
                <w:sz w:val="19"/>
              </w:rPr>
              <w:t>People and space</w:t>
            </w:r>
          </w:p>
        </w:tc>
        <w:tc>
          <w:tcPr>
            <w:tcW w:w="6336" w:type="dxa"/>
            <w:shd w:val="clear" w:color="auto" w:fill="F3F6FA"/>
            <w:tcMar>
              <w:top w:w="100" w:type="dxa"/>
              <w:left w:w="120" w:type="dxa"/>
              <w:bottom w:w="100" w:type="dxa"/>
              <w:right w:w="120" w:type="dxa"/>
            </w:tcMar>
            <w:vAlign w:val="center"/>
          </w:tcPr>
          <w:p w14:paraId="511C99F4" w14:textId="77777777" w:rsidR="00E77DE9" w:rsidRDefault="00E77DE9">
            <w:pPr>
              <w:keepLines/>
              <w:spacing w:after="0"/>
            </w:pPr>
          </w:p>
        </w:tc>
      </w:tr>
      <w:tr w:rsidR="00E77DE9" w14:paraId="7780B241" w14:textId="77777777">
        <w:trPr>
          <w:jc w:val="center"/>
        </w:trPr>
        <w:tc>
          <w:tcPr>
            <w:tcW w:w="3456" w:type="dxa"/>
            <w:tcMar>
              <w:top w:w="100" w:type="dxa"/>
              <w:left w:w="120" w:type="dxa"/>
              <w:bottom w:w="100" w:type="dxa"/>
              <w:right w:w="120" w:type="dxa"/>
            </w:tcMar>
            <w:vAlign w:val="center"/>
          </w:tcPr>
          <w:p w14:paraId="470F4E25" w14:textId="77777777" w:rsidR="00E77DE9" w:rsidRDefault="00000000">
            <w:pPr>
              <w:keepLines/>
              <w:spacing w:after="0"/>
            </w:pPr>
            <w:r>
              <w:rPr>
                <w:sz w:val="19"/>
              </w:rPr>
              <w:t>Hygiene</w:t>
            </w:r>
          </w:p>
        </w:tc>
        <w:tc>
          <w:tcPr>
            <w:tcW w:w="6336" w:type="dxa"/>
            <w:tcMar>
              <w:top w:w="100" w:type="dxa"/>
              <w:left w:w="120" w:type="dxa"/>
              <w:bottom w:w="100" w:type="dxa"/>
              <w:right w:w="120" w:type="dxa"/>
            </w:tcMar>
            <w:vAlign w:val="center"/>
          </w:tcPr>
          <w:p w14:paraId="3135C985" w14:textId="77777777" w:rsidR="00E77DE9" w:rsidRDefault="00E77DE9">
            <w:pPr>
              <w:keepLines/>
              <w:spacing w:after="0"/>
            </w:pPr>
          </w:p>
        </w:tc>
      </w:tr>
      <w:tr w:rsidR="00E77DE9" w14:paraId="23EEE476" w14:textId="77777777">
        <w:trPr>
          <w:jc w:val="center"/>
        </w:trPr>
        <w:tc>
          <w:tcPr>
            <w:tcW w:w="3456" w:type="dxa"/>
            <w:shd w:val="clear" w:color="auto" w:fill="F3F6FA"/>
            <w:tcMar>
              <w:top w:w="100" w:type="dxa"/>
              <w:left w:w="120" w:type="dxa"/>
              <w:bottom w:w="100" w:type="dxa"/>
              <w:right w:w="120" w:type="dxa"/>
            </w:tcMar>
            <w:vAlign w:val="center"/>
          </w:tcPr>
          <w:p w14:paraId="1F4357A2" w14:textId="77777777" w:rsidR="00E77DE9" w:rsidRDefault="00000000">
            <w:pPr>
              <w:keepLines/>
              <w:spacing w:after="0"/>
            </w:pPr>
            <w:r>
              <w:rPr>
                <w:sz w:val="19"/>
              </w:rPr>
              <w:t>Animals / vermin</w:t>
            </w:r>
          </w:p>
        </w:tc>
        <w:tc>
          <w:tcPr>
            <w:tcW w:w="6336" w:type="dxa"/>
            <w:shd w:val="clear" w:color="auto" w:fill="F3F6FA"/>
            <w:tcMar>
              <w:top w:w="100" w:type="dxa"/>
              <w:left w:w="120" w:type="dxa"/>
              <w:bottom w:w="100" w:type="dxa"/>
              <w:right w:w="120" w:type="dxa"/>
            </w:tcMar>
            <w:vAlign w:val="center"/>
          </w:tcPr>
          <w:p w14:paraId="7585AA9B" w14:textId="77777777" w:rsidR="00E77DE9" w:rsidRDefault="00E77DE9">
            <w:pPr>
              <w:keepLines/>
              <w:spacing w:after="0"/>
            </w:pPr>
          </w:p>
        </w:tc>
      </w:tr>
    </w:tbl>
    <w:p w14:paraId="1EBF48ED" w14:textId="77777777" w:rsidR="00E77DE9" w:rsidRDefault="00E77DE9">
      <w:pPr>
        <w:spacing w:after="0"/>
      </w:pPr>
    </w:p>
    <w:p w14:paraId="2FE2B7FA" w14:textId="3549E4B5" w:rsidR="00D15F14" w:rsidRPr="004175E9" w:rsidRDefault="00D15F14" w:rsidP="00D15F14">
      <w:pPr>
        <w:spacing w:before="140" w:after="60"/>
      </w:pPr>
      <w:r>
        <w:rPr>
          <w:b/>
          <w:color w:val="17365D"/>
          <w:sz w:val="24"/>
        </w:rPr>
        <w:t>4</w:t>
      </w:r>
      <w:r w:rsidRPr="004175E9">
        <w:rPr>
          <w:b/>
          <w:color w:val="17365D"/>
          <w:sz w:val="24"/>
        </w:rPr>
        <w:t>)  First listening: Choose the best summary</w:t>
      </w:r>
    </w:p>
    <w:p w14:paraId="27B8AC1E" w14:textId="77777777" w:rsidR="00D15F14" w:rsidRDefault="00D15F14" w:rsidP="00D15F14">
      <w:r>
        <w:t>Listen to part 2 once. Tick the best answer.</w:t>
      </w:r>
    </w:p>
    <w:p w14:paraId="72AFBA83" w14:textId="77777777" w:rsidR="00D15F14" w:rsidRDefault="00D15F14" w:rsidP="00D15F14">
      <w:pPr>
        <w:pStyle w:val="ListBullet"/>
      </w:pPr>
      <w:r>
        <w:t>☐ Morris mainly describes a luxurious holiday.</w:t>
      </w:r>
    </w:p>
    <w:p w14:paraId="5A931598" w14:textId="77777777" w:rsidR="00D15F14" w:rsidRDefault="00D15F14" w:rsidP="00D15F14">
      <w:pPr>
        <w:pStyle w:val="ListBullet"/>
      </w:pPr>
      <w:r>
        <w:t>☐ Morris mainly describes difficult conditions in the lowest part of the ship.</w:t>
      </w:r>
    </w:p>
    <w:p w14:paraId="4C172B3E" w14:textId="4AAC6244" w:rsidR="00D15F14" w:rsidRPr="00D15F14" w:rsidRDefault="00D15F14" w:rsidP="00D15F14">
      <w:pPr>
        <w:pStyle w:val="ListBullet"/>
      </w:pPr>
      <w:r>
        <w:t>☐ Morris mainly describes the food served on board.</w:t>
      </w:r>
    </w:p>
    <w:p w14:paraId="2B5D7F92" w14:textId="5FA15A6F" w:rsidR="00E77DE9" w:rsidRPr="004175E9" w:rsidRDefault="00000000">
      <w:pPr>
        <w:spacing w:before="140" w:after="60"/>
      </w:pPr>
      <w:r w:rsidRPr="004175E9">
        <w:rPr>
          <w:b/>
          <w:color w:val="17365D"/>
          <w:sz w:val="24"/>
        </w:rPr>
        <w:t>5</w:t>
      </w:r>
      <w:r w:rsidR="00BD5A1D" w:rsidRPr="004175E9">
        <w:rPr>
          <w:b/>
          <w:color w:val="17365D"/>
          <w:sz w:val="24"/>
        </w:rPr>
        <w:t>)</w:t>
      </w:r>
      <w:r w:rsidRPr="004175E9">
        <w:rPr>
          <w:b/>
          <w:color w:val="17365D"/>
          <w:sz w:val="24"/>
        </w:rPr>
        <w:t xml:space="preserve">  Listen for people and actions</w:t>
      </w:r>
    </w:p>
    <w:p w14:paraId="3CF3C4DA" w14:textId="3FEC8780" w:rsidR="00E77DE9" w:rsidRDefault="00000000">
      <w:r>
        <w:t>Answer in short phrases.</w:t>
      </w:r>
    </w:p>
    <w:p w14:paraId="6ED3BD9A" w14:textId="77777777" w:rsidR="00E77DE9" w:rsidRDefault="00000000">
      <w:r>
        <w:rPr>
          <w:b/>
        </w:rPr>
        <w:t>Where did Morris and his brother try to go?</w:t>
      </w:r>
    </w:p>
    <w:p w14:paraId="4C1DB80D" w14:textId="77777777" w:rsidR="00E77DE9" w:rsidRDefault="00000000">
      <w:pPr>
        <w:spacing w:after="40" w:line="240" w:lineRule="auto"/>
      </w:pPr>
      <w:r>
        <w:t>_______________________________________________________________________________________________________</w:t>
      </w:r>
    </w:p>
    <w:p w14:paraId="2B2AB559" w14:textId="77777777" w:rsidR="00E77DE9" w:rsidRDefault="00000000">
      <w:r>
        <w:rPr>
          <w:b/>
        </w:rPr>
        <w:t>What happened when they reached the main deck?</w:t>
      </w:r>
    </w:p>
    <w:p w14:paraId="207BDD05" w14:textId="77777777" w:rsidR="00E77DE9" w:rsidRDefault="00000000">
      <w:pPr>
        <w:spacing w:after="40" w:line="240" w:lineRule="auto"/>
      </w:pPr>
      <w:r>
        <w:t>_______________________________________________________________________________________________________</w:t>
      </w:r>
    </w:p>
    <w:p w14:paraId="4ADAB972" w14:textId="36B1CB2B" w:rsidR="00E77DE9" w:rsidRDefault="00000000">
      <w:r>
        <w:rPr>
          <w:b/>
        </w:rPr>
        <w:t>How did they see first</w:t>
      </w:r>
      <w:r w:rsidR="00D05E1D">
        <w:rPr>
          <w:b/>
        </w:rPr>
        <w:t>,</w:t>
      </w:r>
      <w:r>
        <w:rPr>
          <w:b/>
        </w:rPr>
        <w:t xml:space="preserve"> and second-class passengers?</w:t>
      </w:r>
    </w:p>
    <w:p w14:paraId="44091FD5" w14:textId="77777777" w:rsidR="00E77DE9" w:rsidRDefault="00000000">
      <w:pPr>
        <w:spacing w:after="40" w:line="240" w:lineRule="auto"/>
      </w:pPr>
      <w:r>
        <w:t>_______________________________________________________________________________________________________</w:t>
      </w:r>
    </w:p>
    <w:p w14:paraId="2D170AEB" w14:textId="7FAC5C47" w:rsidR="00E77DE9" w:rsidRDefault="00000000">
      <w:r>
        <w:rPr>
          <w:b/>
        </w:rPr>
        <w:t>Why did Morris try to leave steerage?</w:t>
      </w:r>
    </w:p>
    <w:p w14:paraId="680A995C" w14:textId="77777777" w:rsidR="00E77DE9" w:rsidRDefault="00000000">
      <w:pPr>
        <w:spacing w:after="40" w:line="240" w:lineRule="auto"/>
      </w:pPr>
      <w:r>
        <w:t>_______________________________________________________________________________________________________</w:t>
      </w:r>
    </w:p>
    <w:p w14:paraId="79AA3CE7" w14:textId="2E7DFE8E" w:rsidR="00E77DE9" w:rsidRDefault="00000000">
      <w:r>
        <w:rPr>
          <w:b/>
        </w:rPr>
        <w:t>Did the crossing feel long or short to him?</w:t>
      </w:r>
    </w:p>
    <w:p w14:paraId="12EF6BFF" w14:textId="5AFAA5CD" w:rsidR="00E77DE9" w:rsidRDefault="00000000">
      <w:pPr>
        <w:spacing w:after="40" w:line="240" w:lineRule="auto"/>
      </w:pPr>
      <w:r>
        <w:t>_______________________________________________________________________________________________________</w:t>
      </w:r>
    </w:p>
    <w:p w14:paraId="060ED5B4" w14:textId="3E97DB29" w:rsidR="00E77DE9" w:rsidRPr="004175E9" w:rsidRDefault="00000000">
      <w:pPr>
        <w:spacing w:before="140" w:after="60"/>
      </w:pPr>
      <w:r w:rsidRPr="004175E9">
        <w:rPr>
          <w:b/>
          <w:color w:val="17365D"/>
          <w:sz w:val="24"/>
        </w:rPr>
        <w:t>6</w:t>
      </w:r>
      <w:r w:rsidR="00BD5A1D" w:rsidRPr="004175E9">
        <w:rPr>
          <w:b/>
          <w:color w:val="17365D"/>
          <w:sz w:val="24"/>
        </w:rPr>
        <w:t>)</w:t>
      </w:r>
      <w:r w:rsidRPr="004175E9">
        <w:rPr>
          <w:b/>
          <w:color w:val="17365D"/>
          <w:sz w:val="24"/>
        </w:rPr>
        <w:t xml:space="preserve">  Understand the contrast</w:t>
      </w:r>
    </w:p>
    <w:p w14:paraId="0229197C" w14:textId="77777777" w:rsidR="00E77DE9" w:rsidRDefault="00000000">
      <w:r>
        <w:t>Place the words on the line from most negative to most positive.</w:t>
      </w:r>
    </w:p>
    <w:p w14:paraId="7DC35B45" w14:textId="77777777" w:rsidR="00E77DE9" w:rsidRDefault="00000000">
      <w:pPr>
        <w:jc w:val="center"/>
      </w:pPr>
      <w:proofErr w:type="gramStart"/>
      <w:r>
        <w:t>terrified  •</w:t>
      </w:r>
      <w:proofErr w:type="gramEnd"/>
      <w:r>
        <w:t xml:space="preserve">  </w:t>
      </w:r>
      <w:proofErr w:type="gramStart"/>
      <w:r>
        <w:t>sick  •</w:t>
      </w:r>
      <w:proofErr w:type="gramEnd"/>
      <w:r>
        <w:t xml:space="preserve">  </w:t>
      </w:r>
      <w:proofErr w:type="gramStart"/>
      <w:r>
        <w:t>uncomfortable  •</w:t>
      </w:r>
      <w:proofErr w:type="gramEnd"/>
      <w:r>
        <w:t xml:space="preserve">  </w:t>
      </w:r>
      <w:proofErr w:type="gramStart"/>
      <w:r>
        <w:t>worried  •</w:t>
      </w:r>
      <w:proofErr w:type="gramEnd"/>
      <w:r>
        <w:t xml:space="preserve">  </w:t>
      </w:r>
      <w:proofErr w:type="gramStart"/>
      <w:r>
        <w:t>surprised  •</w:t>
      </w:r>
      <w:proofErr w:type="gramEnd"/>
      <w:r>
        <w:t xml:space="preserve">  </w:t>
      </w:r>
      <w:proofErr w:type="gramStart"/>
      <w:r>
        <w:t>excited  •</w:t>
      </w:r>
      <w:proofErr w:type="gramEnd"/>
      <w:r>
        <w:t xml:space="preserve">  </w:t>
      </w:r>
      <w:proofErr w:type="gramStart"/>
      <w:r>
        <w:t>amazed  •</w:t>
      </w:r>
      <w:proofErr w:type="gramEnd"/>
      <w:r>
        <w:t xml:space="preserve">  hopeful</w:t>
      </w:r>
    </w:p>
    <w:p w14:paraId="15932523" w14:textId="77777777" w:rsidR="007B01A0" w:rsidRDefault="007B01A0">
      <w:pPr>
        <w:jc w:val="center"/>
      </w:pPr>
    </w:p>
    <w:p w14:paraId="4A91733C" w14:textId="77777777" w:rsidR="00E77DE9" w:rsidRDefault="00000000">
      <w:pPr>
        <w:jc w:val="center"/>
        <w:rPr>
          <w:color w:val="00B050"/>
        </w:rPr>
      </w:pPr>
      <w:proofErr w:type="gramStart"/>
      <w:r w:rsidRPr="0006193A">
        <w:rPr>
          <w:color w:val="EE0000"/>
        </w:rPr>
        <w:t>NEGATIVE  ─</w:t>
      </w:r>
      <w:proofErr w:type="gramEnd"/>
      <w:r w:rsidRPr="0006193A">
        <w:rPr>
          <w:color w:val="EE0000"/>
        </w:rPr>
        <w:t>─────────────────────────</w:t>
      </w:r>
      <w:r w:rsidRPr="0006193A">
        <w:rPr>
          <w:color w:val="00B050"/>
        </w:rPr>
        <w:t>────────────────────────</w:t>
      </w:r>
      <w:proofErr w:type="gramStart"/>
      <w:r w:rsidRPr="0006193A">
        <w:rPr>
          <w:color w:val="00B050"/>
        </w:rPr>
        <w:t>─  POSITIVE</w:t>
      </w:r>
      <w:proofErr w:type="gramEnd"/>
    </w:p>
    <w:p w14:paraId="48FE9771" w14:textId="550B56EB" w:rsidR="00E77DE9" w:rsidRDefault="00E77DE9">
      <w:pPr>
        <w:spacing w:after="40" w:line="240" w:lineRule="auto"/>
      </w:pPr>
    </w:p>
    <w:p w14:paraId="6FC59623" w14:textId="1D34998B" w:rsidR="00441B4B" w:rsidRDefault="00441B4B">
      <w:pPr>
        <w:spacing w:after="40" w:line="240" w:lineRule="auto"/>
      </w:pPr>
      <w:r>
        <w:t>Now, fill in the blanks:</w:t>
      </w:r>
    </w:p>
    <w:p w14:paraId="7CE65AAC" w14:textId="77777777" w:rsidR="00441B4B" w:rsidRDefault="00441B4B">
      <w:pPr>
        <w:spacing w:after="40" w:line="240" w:lineRule="auto"/>
      </w:pPr>
    </w:p>
    <w:p w14:paraId="6A04B14D" w14:textId="77777777" w:rsidR="00E77DE9" w:rsidRPr="00441B4B" w:rsidRDefault="00000000">
      <w:pPr>
        <w:rPr>
          <w:i/>
          <w:iCs/>
        </w:rPr>
      </w:pPr>
      <w:r w:rsidRPr="00441B4B">
        <w:rPr>
          <w:i/>
          <w:iCs/>
        </w:rPr>
        <w:t>The conditions were ____________________. However, Morris felt ____________________ because ________________________________.</w:t>
      </w:r>
    </w:p>
    <w:p w14:paraId="4EDB1F51" w14:textId="6F1A2850" w:rsidR="006B2BDB" w:rsidRDefault="00D21E22">
      <w:pPr>
        <w:spacing w:after="200"/>
        <w:rPr>
          <w:b/>
          <w:color w:val="17365D"/>
          <w:sz w:val="24"/>
        </w:rPr>
      </w:pPr>
      <w:r>
        <w:rPr>
          <w:noProof/>
        </w:rPr>
        <w:drawing>
          <wp:anchor distT="0" distB="0" distL="114300" distR="114300" simplePos="0" relativeHeight="251668480" behindDoc="1" locked="0" layoutInCell="1" allowOverlap="1" wp14:anchorId="650D8E03" wp14:editId="1F7860DB">
            <wp:simplePos x="0" y="0"/>
            <wp:positionH relativeFrom="margin">
              <wp:posOffset>5233867</wp:posOffset>
            </wp:positionH>
            <wp:positionV relativeFrom="paragraph">
              <wp:posOffset>170265</wp:posOffset>
            </wp:positionV>
            <wp:extent cx="1060450" cy="629920"/>
            <wp:effectExtent l="0" t="0" r="6350" b="0"/>
            <wp:wrapNone/>
            <wp:docPr id="136752212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29920"/>
                    </a:xfrm>
                    <a:prstGeom prst="rect">
                      <a:avLst/>
                    </a:prstGeom>
                  </pic:spPr>
                </pic:pic>
              </a:graphicData>
            </a:graphic>
            <wp14:sizeRelH relativeFrom="margin">
              <wp14:pctWidth>0</wp14:pctWidth>
            </wp14:sizeRelH>
            <wp14:sizeRelV relativeFrom="margin">
              <wp14:pctHeight>0</wp14:pctHeight>
            </wp14:sizeRelV>
          </wp:anchor>
        </w:drawing>
      </w:r>
      <w:r w:rsidR="006B2BDB">
        <w:rPr>
          <w:b/>
          <w:color w:val="17365D"/>
          <w:sz w:val="24"/>
        </w:rPr>
        <w:br w:type="page"/>
      </w:r>
    </w:p>
    <w:p w14:paraId="5112BC5A" w14:textId="633CC9E5" w:rsidR="00E77DE9" w:rsidRPr="004175E9" w:rsidRDefault="00000000">
      <w:pPr>
        <w:spacing w:before="140" w:after="60"/>
      </w:pPr>
      <w:r w:rsidRPr="004175E9">
        <w:rPr>
          <w:b/>
          <w:color w:val="17365D"/>
          <w:sz w:val="24"/>
        </w:rPr>
        <w:lastRenderedPageBreak/>
        <w:t>7</w:t>
      </w:r>
      <w:r w:rsidR="00BD5A1D" w:rsidRPr="004175E9">
        <w:rPr>
          <w:b/>
          <w:color w:val="17365D"/>
          <w:sz w:val="24"/>
        </w:rPr>
        <w:t>)</w:t>
      </w:r>
      <w:r w:rsidRPr="004175E9">
        <w:rPr>
          <w:b/>
          <w:color w:val="17365D"/>
          <w:sz w:val="24"/>
        </w:rPr>
        <w:t xml:space="preserve">  Listening review</w:t>
      </w:r>
    </w:p>
    <w:p w14:paraId="56D09951" w14:textId="09F3F567" w:rsidR="00E77DE9" w:rsidRDefault="002C2BBC">
      <w:r>
        <w:t>What is clear after listening? What still needs to be checked in the transcript next time?</w:t>
      </w:r>
    </w:p>
    <w:tbl>
      <w:tblPr>
        <w:tblStyle w:val="TableGrid"/>
        <w:tblW w:w="0" w:type="auto"/>
        <w:tblInd w:w="-5" w:type="dxa"/>
        <w:tblLook w:val="04A0" w:firstRow="1" w:lastRow="0" w:firstColumn="1" w:lastColumn="0" w:noHBand="0" w:noVBand="1"/>
      </w:tblPr>
      <w:tblGrid>
        <w:gridCol w:w="4896"/>
        <w:gridCol w:w="4896"/>
      </w:tblGrid>
      <w:tr w:rsidR="00E77DE9" w14:paraId="547BE756" w14:textId="77777777" w:rsidTr="002C2BBC">
        <w:trPr>
          <w:tblHeader/>
        </w:trPr>
        <w:tc>
          <w:tcPr>
            <w:tcW w:w="4896" w:type="dxa"/>
            <w:shd w:val="clear" w:color="auto" w:fill="17365D"/>
            <w:tcMar>
              <w:top w:w="100" w:type="dxa"/>
              <w:left w:w="120" w:type="dxa"/>
              <w:bottom w:w="100" w:type="dxa"/>
              <w:right w:w="120" w:type="dxa"/>
            </w:tcMar>
            <w:vAlign w:val="center"/>
          </w:tcPr>
          <w:p w14:paraId="1B96A35A" w14:textId="77777777" w:rsidR="00E77DE9" w:rsidRDefault="00000000">
            <w:pPr>
              <w:keepLines/>
              <w:jc w:val="center"/>
            </w:pPr>
            <w:r>
              <w:rPr>
                <w:b/>
                <w:color w:val="FFFFFF"/>
                <w:sz w:val="19"/>
              </w:rPr>
              <w:t>I understood</w:t>
            </w:r>
          </w:p>
        </w:tc>
        <w:tc>
          <w:tcPr>
            <w:tcW w:w="4896" w:type="dxa"/>
            <w:shd w:val="clear" w:color="auto" w:fill="17365D"/>
            <w:tcMar>
              <w:top w:w="100" w:type="dxa"/>
              <w:left w:w="120" w:type="dxa"/>
              <w:bottom w:w="100" w:type="dxa"/>
              <w:right w:w="120" w:type="dxa"/>
            </w:tcMar>
            <w:vAlign w:val="center"/>
          </w:tcPr>
          <w:p w14:paraId="7D056EE3" w14:textId="3C7A0361" w:rsidR="00E77DE9" w:rsidRDefault="00000000">
            <w:pPr>
              <w:keepLines/>
              <w:jc w:val="center"/>
            </w:pPr>
            <w:r>
              <w:rPr>
                <w:b/>
                <w:color w:val="FFFFFF"/>
                <w:sz w:val="19"/>
              </w:rPr>
              <w:t>I need to check</w:t>
            </w:r>
          </w:p>
        </w:tc>
      </w:tr>
      <w:tr w:rsidR="00E77DE9" w14:paraId="12BD4E85" w14:textId="77777777" w:rsidTr="002C2BBC">
        <w:tc>
          <w:tcPr>
            <w:tcW w:w="4896" w:type="dxa"/>
            <w:tcMar>
              <w:top w:w="100" w:type="dxa"/>
              <w:left w:w="120" w:type="dxa"/>
              <w:bottom w:w="100" w:type="dxa"/>
              <w:right w:w="120" w:type="dxa"/>
            </w:tcMar>
            <w:vAlign w:val="center"/>
          </w:tcPr>
          <w:p w14:paraId="3066A53C" w14:textId="77777777" w:rsidR="00E77DE9" w:rsidRDefault="00E77DE9">
            <w:pPr>
              <w:keepLines/>
              <w:spacing w:after="0"/>
            </w:pPr>
          </w:p>
        </w:tc>
        <w:tc>
          <w:tcPr>
            <w:tcW w:w="4896" w:type="dxa"/>
            <w:tcMar>
              <w:top w:w="100" w:type="dxa"/>
              <w:left w:w="120" w:type="dxa"/>
              <w:bottom w:w="100" w:type="dxa"/>
              <w:right w:w="120" w:type="dxa"/>
            </w:tcMar>
            <w:vAlign w:val="center"/>
          </w:tcPr>
          <w:p w14:paraId="6CDDC436" w14:textId="399B842D" w:rsidR="00E77DE9" w:rsidRDefault="00E77DE9">
            <w:pPr>
              <w:keepLines/>
              <w:spacing w:after="0"/>
            </w:pPr>
          </w:p>
        </w:tc>
      </w:tr>
    </w:tbl>
    <w:p w14:paraId="1B8B4CB5" w14:textId="5765AB1B" w:rsidR="00E77DE9" w:rsidRDefault="00E77DE9">
      <w:pPr>
        <w:spacing w:after="0"/>
      </w:pPr>
    </w:p>
    <w:p w14:paraId="4A0A7E4A" w14:textId="2C3175C4" w:rsidR="00E77DE9" w:rsidRDefault="00E77DE9"/>
    <w:p w14:paraId="7A0EBDB7" w14:textId="77777777" w:rsidR="006B2BDB" w:rsidRDefault="006B2BDB">
      <w:pPr>
        <w:spacing w:after="200"/>
        <w:rPr>
          <w:b/>
          <w:color w:val="17365D"/>
          <w:sz w:val="22"/>
        </w:rPr>
      </w:pPr>
      <w:r>
        <w:rPr>
          <w:b/>
          <w:color w:val="17365D"/>
          <w:sz w:val="22"/>
        </w:rPr>
        <w:br w:type="page"/>
      </w:r>
    </w:p>
    <w:p w14:paraId="0F9BC21D" w14:textId="474D42F6" w:rsidR="00E77DE9" w:rsidRDefault="00000000">
      <w:pPr>
        <w:jc w:val="center"/>
      </w:pPr>
      <w:r>
        <w:rPr>
          <w:b/>
          <w:color w:val="17365D"/>
          <w:sz w:val="22"/>
        </w:rPr>
        <w:lastRenderedPageBreak/>
        <w:t>SESSION 3</w:t>
      </w:r>
    </w:p>
    <w:p w14:paraId="65729538" w14:textId="07C5E276" w:rsidR="00E77DE9" w:rsidRDefault="00000000">
      <w:pPr>
        <w:jc w:val="center"/>
      </w:pPr>
      <w:proofErr w:type="gramStart"/>
      <w:r>
        <w:rPr>
          <w:b/>
          <w:color w:val="17365D"/>
          <w:sz w:val="36"/>
        </w:rPr>
        <w:t>ANALY</w:t>
      </w:r>
      <w:r w:rsidR="00441B4B">
        <w:rPr>
          <w:b/>
          <w:color w:val="17365D"/>
          <w:sz w:val="36"/>
        </w:rPr>
        <w:t>Z</w:t>
      </w:r>
      <w:r>
        <w:rPr>
          <w:b/>
          <w:color w:val="17365D"/>
          <w:sz w:val="36"/>
        </w:rPr>
        <w:t>E  THE</w:t>
      </w:r>
      <w:proofErr w:type="gramEnd"/>
      <w:r>
        <w:rPr>
          <w:b/>
          <w:color w:val="17365D"/>
          <w:sz w:val="36"/>
        </w:rPr>
        <w:t xml:space="preserve"> WORDS OF A WITNESS</w:t>
      </w:r>
    </w:p>
    <w:p w14:paraId="77D37881" w14:textId="77777777" w:rsidR="00E77DE9" w:rsidRDefault="00000000">
      <w:pPr>
        <w:jc w:val="center"/>
      </w:pPr>
      <w:r>
        <w:rPr>
          <w:i/>
          <w:sz w:val="22"/>
        </w:rPr>
        <w:t>How does the transcript help us understand and interpret Morris’s experience?</w:t>
      </w:r>
    </w:p>
    <w:tbl>
      <w:tblPr>
        <w:tblStyle w:val="TableGrid"/>
        <w:tblW w:w="0" w:type="auto"/>
        <w:jc w:val="center"/>
        <w:tblLook w:val="04A0" w:firstRow="1" w:lastRow="0" w:firstColumn="1" w:lastColumn="0" w:noHBand="0" w:noVBand="1"/>
      </w:tblPr>
      <w:tblGrid>
        <w:gridCol w:w="8064"/>
      </w:tblGrid>
      <w:tr w:rsidR="00A92D46" w14:paraId="5229B40D" w14:textId="77777777">
        <w:trPr>
          <w:tblHeader/>
          <w:jc w:val="center"/>
        </w:trPr>
        <w:tc>
          <w:tcPr>
            <w:tcW w:w="8064" w:type="dxa"/>
            <w:shd w:val="clear" w:color="auto" w:fill="17365D"/>
            <w:tcMar>
              <w:top w:w="100" w:type="dxa"/>
              <w:left w:w="120" w:type="dxa"/>
              <w:bottom w:w="100" w:type="dxa"/>
              <w:right w:w="120" w:type="dxa"/>
            </w:tcMar>
            <w:vAlign w:val="center"/>
          </w:tcPr>
          <w:p w14:paraId="06C2F40A" w14:textId="77777777" w:rsidR="00A92D46" w:rsidRDefault="00A92D46">
            <w:pPr>
              <w:keepLines/>
              <w:jc w:val="center"/>
            </w:pPr>
            <w:r>
              <w:rPr>
                <w:b/>
                <w:color w:val="FFFFFF"/>
                <w:sz w:val="19"/>
              </w:rPr>
              <w:t>Today’s goal</w:t>
            </w:r>
          </w:p>
        </w:tc>
      </w:tr>
      <w:tr w:rsidR="00A92D46" w14:paraId="07A96082" w14:textId="77777777">
        <w:trPr>
          <w:jc w:val="center"/>
        </w:trPr>
        <w:tc>
          <w:tcPr>
            <w:tcW w:w="8064" w:type="dxa"/>
            <w:tcMar>
              <w:top w:w="100" w:type="dxa"/>
              <w:left w:w="120" w:type="dxa"/>
              <w:bottom w:w="100" w:type="dxa"/>
              <w:right w:w="120" w:type="dxa"/>
            </w:tcMar>
            <w:vAlign w:val="center"/>
          </w:tcPr>
          <w:p w14:paraId="24ED47CB" w14:textId="3D5C1D53" w:rsidR="00A92D46" w:rsidRDefault="00A92D46">
            <w:pPr>
              <w:keepLines/>
              <w:spacing w:after="0"/>
            </w:pPr>
            <w:r>
              <w:rPr>
                <w:sz w:val="19"/>
              </w:rPr>
              <w:t>Read, justify, analyze the contrast and study the language of the testimony.</w:t>
            </w:r>
          </w:p>
        </w:tc>
      </w:tr>
    </w:tbl>
    <w:p w14:paraId="07E81560" w14:textId="77777777" w:rsidR="00E77DE9" w:rsidRDefault="00E77DE9">
      <w:pPr>
        <w:spacing w:after="0"/>
      </w:pPr>
    </w:p>
    <w:p w14:paraId="6D88B58D" w14:textId="77777777" w:rsidR="00E77DE9" w:rsidRPr="004175E9" w:rsidRDefault="00000000">
      <w:pPr>
        <w:pStyle w:val="Heading2"/>
      </w:pPr>
      <w:r w:rsidRPr="004175E9">
        <w:t>Authentic transcript</w:t>
      </w:r>
    </w:p>
    <w:p w14:paraId="30A9CC79" w14:textId="77777777" w:rsidR="00E77DE9" w:rsidRDefault="00000000">
      <w:r>
        <w:t>Read the transcript. The wording is authentic: repetitions and hesitations belong to oral speech. Use the glossary, but do not translate every word.</w:t>
      </w:r>
    </w:p>
    <w:p w14:paraId="7D16074F" w14:textId="77777777" w:rsidR="00E77DE9" w:rsidRDefault="00000000">
      <w:r>
        <w:rPr>
          <w:b/>
          <w:color w:val="17365D"/>
        </w:rPr>
        <w:t>PART 1</w:t>
      </w:r>
    </w:p>
    <w:p w14:paraId="51235B3B" w14:textId="77777777" w:rsidR="00E77DE9" w:rsidRDefault="00000000">
      <w:pPr>
        <w:spacing w:after="120" w:line="259" w:lineRule="auto"/>
      </w:pPr>
      <w:r>
        <w:t xml:space="preserve">When we got on the Rotterdam, we had a field day. One, I was never on ship before and it was absolutely, I was awed by it. It was overwhelming. All the people and boarding the ship, it was all a </w:t>
      </w:r>
      <w:proofErr w:type="gramStart"/>
      <w:r>
        <w:t>brand new</w:t>
      </w:r>
      <w:proofErr w:type="gramEnd"/>
      <w:r>
        <w:t xml:space="preserve"> experience. We left Rotterdam, we set sail and about a half hour after the ship started my sister got very </w:t>
      </w:r>
      <w:proofErr w:type="gramStart"/>
      <w:r>
        <w:t>sea sick</w:t>
      </w:r>
      <w:proofErr w:type="gramEnd"/>
      <w:r>
        <w:t>. It took us fourteen days to cross the Atlantic and in the entire crossing, she was in steerage, and the only time she came up for a breath of fresh air was just about a half hour before we saw the Statue of Liberty.</w:t>
      </w:r>
    </w:p>
    <w:p w14:paraId="546FD840" w14:textId="77777777" w:rsidR="00E77DE9" w:rsidRDefault="00000000">
      <w:r>
        <w:rPr>
          <w:b/>
          <w:color w:val="17365D"/>
        </w:rPr>
        <w:t>PART 2</w:t>
      </w:r>
    </w:p>
    <w:p w14:paraId="61C7E5B7" w14:textId="77777777" w:rsidR="00E77DE9" w:rsidRDefault="00000000">
      <w:pPr>
        <w:spacing w:after="120" w:line="259" w:lineRule="auto"/>
      </w:pPr>
      <w:r>
        <w:t xml:space="preserve">Now the experience of the ship, being young was an adventure in that </w:t>
      </w:r>
      <w:proofErr w:type="gramStart"/>
      <w:r>
        <w:t>particular situation</w:t>
      </w:r>
      <w:proofErr w:type="gramEnd"/>
      <w:r>
        <w:t xml:space="preserve">, because we were on the lowest level of the ship. We couldn't go aboard. Some kids were more adventurous. My brother and I, we would sneak aboard, we were always chased. And we saw some people who traveled maybe in first or second class and we looked upon them as royalty, but we were confined primarily to steerage. Steerage was one huge place. It was the lowest deck. The stench, it was the summer, in August, the humidity, the heat, having no air conditioning, having cooling facilities, it was very hot, compounded by the fact that there must have been anywhere from two to three hundred people in that </w:t>
      </w:r>
      <w:proofErr w:type="gramStart"/>
      <w:r>
        <w:t>huge cavernous</w:t>
      </w:r>
      <w:proofErr w:type="gramEnd"/>
      <w:r>
        <w:t xml:space="preserve"> area. The body smells, the body odors, the lack of sanitation, the lack of any kind of facilities, washing, there was no such thing as washing or bathing. The stench, the vermin, it was rat infested. But, being children, I guess, had its advantages, in this case because we always tried to get out of there. We tried to go, get out of the steerage, get out of the babble of voices, get out of the heat and the stench and get on the main deck. We all were permitted to stay there for a little </w:t>
      </w:r>
      <w:proofErr w:type="gramStart"/>
      <w:r>
        <w:t>while</w:t>
      </w:r>
      <w:proofErr w:type="gramEnd"/>
      <w:r>
        <w:t xml:space="preserve"> but we were constantly chased. But the crossing went for us, for </w:t>
      </w:r>
      <w:proofErr w:type="gramStart"/>
      <w:r>
        <w:t>me in particular, went</w:t>
      </w:r>
      <w:proofErr w:type="gramEnd"/>
      <w:r>
        <w:t xml:space="preserve"> very quickly.</w:t>
      </w:r>
    </w:p>
    <w:tbl>
      <w:tblPr>
        <w:tblStyle w:val="TableGrid"/>
        <w:tblW w:w="0" w:type="auto"/>
        <w:jc w:val="center"/>
        <w:tblLook w:val="04A0" w:firstRow="1" w:lastRow="0" w:firstColumn="1" w:lastColumn="0" w:noHBand="0" w:noVBand="1"/>
      </w:tblPr>
      <w:tblGrid>
        <w:gridCol w:w="3168"/>
        <w:gridCol w:w="6624"/>
      </w:tblGrid>
      <w:tr w:rsidR="00E77DE9" w14:paraId="0AB9A7EE" w14:textId="77777777">
        <w:trPr>
          <w:tblHeader/>
          <w:jc w:val="center"/>
        </w:trPr>
        <w:tc>
          <w:tcPr>
            <w:tcW w:w="3168" w:type="dxa"/>
            <w:shd w:val="clear" w:color="auto" w:fill="17365D"/>
            <w:tcMar>
              <w:top w:w="100" w:type="dxa"/>
              <w:left w:w="120" w:type="dxa"/>
              <w:bottom w:w="100" w:type="dxa"/>
              <w:right w:w="120" w:type="dxa"/>
            </w:tcMar>
            <w:vAlign w:val="center"/>
          </w:tcPr>
          <w:p w14:paraId="4CC48ED9" w14:textId="77777777" w:rsidR="00E77DE9" w:rsidRDefault="00000000">
            <w:pPr>
              <w:keepLines/>
              <w:jc w:val="center"/>
            </w:pPr>
            <w:r>
              <w:rPr>
                <w:b/>
                <w:color w:val="FFFFFF"/>
                <w:sz w:val="19"/>
              </w:rPr>
              <w:t>Glossary</w:t>
            </w:r>
          </w:p>
        </w:tc>
        <w:tc>
          <w:tcPr>
            <w:tcW w:w="6624" w:type="dxa"/>
            <w:shd w:val="clear" w:color="auto" w:fill="17365D"/>
            <w:tcMar>
              <w:top w:w="100" w:type="dxa"/>
              <w:left w:w="120" w:type="dxa"/>
              <w:bottom w:w="100" w:type="dxa"/>
              <w:right w:w="120" w:type="dxa"/>
            </w:tcMar>
            <w:vAlign w:val="center"/>
          </w:tcPr>
          <w:p w14:paraId="2BA8EDDB" w14:textId="77777777" w:rsidR="00E77DE9" w:rsidRDefault="00000000">
            <w:pPr>
              <w:keepLines/>
              <w:jc w:val="center"/>
            </w:pPr>
            <w:r>
              <w:rPr>
                <w:b/>
                <w:color w:val="FFFFFF"/>
                <w:sz w:val="19"/>
              </w:rPr>
              <w:t>Meaning</w:t>
            </w:r>
          </w:p>
        </w:tc>
      </w:tr>
      <w:tr w:rsidR="00E77DE9" w14:paraId="7008B48A" w14:textId="77777777">
        <w:trPr>
          <w:jc w:val="center"/>
        </w:trPr>
        <w:tc>
          <w:tcPr>
            <w:tcW w:w="3168" w:type="dxa"/>
            <w:tcMar>
              <w:top w:w="100" w:type="dxa"/>
              <w:left w:w="120" w:type="dxa"/>
              <w:bottom w:w="100" w:type="dxa"/>
              <w:right w:w="120" w:type="dxa"/>
            </w:tcMar>
            <w:vAlign w:val="center"/>
          </w:tcPr>
          <w:p w14:paraId="0F6BFFE0" w14:textId="77777777" w:rsidR="00E77DE9" w:rsidRDefault="00000000">
            <w:pPr>
              <w:keepLines/>
              <w:spacing w:after="0"/>
            </w:pPr>
            <w:r>
              <w:rPr>
                <w:sz w:val="19"/>
              </w:rPr>
              <w:t>to have a field day</w:t>
            </w:r>
          </w:p>
        </w:tc>
        <w:tc>
          <w:tcPr>
            <w:tcW w:w="6624" w:type="dxa"/>
            <w:tcMar>
              <w:top w:w="100" w:type="dxa"/>
              <w:left w:w="120" w:type="dxa"/>
              <w:bottom w:w="100" w:type="dxa"/>
              <w:right w:w="120" w:type="dxa"/>
            </w:tcMar>
            <w:vAlign w:val="center"/>
          </w:tcPr>
          <w:p w14:paraId="3D43E082" w14:textId="77777777" w:rsidR="00E77DE9" w:rsidRDefault="00000000">
            <w:pPr>
              <w:keepLines/>
              <w:spacing w:after="0"/>
            </w:pPr>
            <w:r>
              <w:rPr>
                <w:sz w:val="19"/>
              </w:rPr>
              <w:t>to enjoy an exciting opportunity</w:t>
            </w:r>
          </w:p>
        </w:tc>
      </w:tr>
      <w:tr w:rsidR="00E77DE9" w14:paraId="45BDBB62" w14:textId="77777777">
        <w:trPr>
          <w:jc w:val="center"/>
        </w:trPr>
        <w:tc>
          <w:tcPr>
            <w:tcW w:w="3168" w:type="dxa"/>
            <w:shd w:val="clear" w:color="auto" w:fill="F3F6FA"/>
            <w:tcMar>
              <w:top w:w="100" w:type="dxa"/>
              <w:left w:w="120" w:type="dxa"/>
              <w:bottom w:w="100" w:type="dxa"/>
              <w:right w:w="120" w:type="dxa"/>
            </w:tcMar>
            <w:vAlign w:val="center"/>
          </w:tcPr>
          <w:p w14:paraId="1902FFC1" w14:textId="77777777" w:rsidR="00E77DE9" w:rsidRDefault="00000000">
            <w:pPr>
              <w:keepLines/>
              <w:spacing w:after="0"/>
            </w:pPr>
            <w:r>
              <w:rPr>
                <w:sz w:val="19"/>
              </w:rPr>
              <w:t>awed / overwhelming</w:t>
            </w:r>
          </w:p>
        </w:tc>
        <w:tc>
          <w:tcPr>
            <w:tcW w:w="6624" w:type="dxa"/>
            <w:shd w:val="clear" w:color="auto" w:fill="F3F6FA"/>
            <w:tcMar>
              <w:top w:w="100" w:type="dxa"/>
              <w:left w:w="120" w:type="dxa"/>
              <w:bottom w:w="100" w:type="dxa"/>
              <w:right w:w="120" w:type="dxa"/>
            </w:tcMar>
            <w:vAlign w:val="center"/>
          </w:tcPr>
          <w:p w14:paraId="231A5F10" w14:textId="77777777" w:rsidR="00E77DE9" w:rsidRDefault="00000000">
            <w:pPr>
              <w:keepLines/>
              <w:spacing w:after="0"/>
            </w:pPr>
            <w:r>
              <w:rPr>
                <w:sz w:val="19"/>
              </w:rPr>
              <w:t>very impressed / emotionally powerful</w:t>
            </w:r>
          </w:p>
        </w:tc>
      </w:tr>
      <w:tr w:rsidR="00E77DE9" w14:paraId="76AF1D31" w14:textId="77777777">
        <w:trPr>
          <w:jc w:val="center"/>
        </w:trPr>
        <w:tc>
          <w:tcPr>
            <w:tcW w:w="3168" w:type="dxa"/>
            <w:tcMar>
              <w:top w:w="100" w:type="dxa"/>
              <w:left w:w="120" w:type="dxa"/>
              <w:bottom w:w="100" w:type="dxa"/>
              <w:right w:w="120" w:type="dxa"/>
            </w:tcMar>
            <w:vAlign w:val="center"/>
          </w:tcPr>
          <w:p w14:paraId="1ACA7EE3" w14:textId="77777777" w:rsidR="00E77DE9" w:rsidRDefault="00000000">
            <w:pPr>
              <w:keepLines/>
              <w:spacing w:after="0"/>
            </w:pPr>
            <w:r>
              <w:rPr>
                <w:sz w:val="19"/>
              </w:rPr>
              <w:t>to sneak aboard</w:t>
            </w:r>
          </w:p>
        </w:tc>
        <w:tc>
          <w:tcPr>
            <w:tcW w:w="6624" w:type="dxa"/>
            <w:tcMar>
              <w:top w:w="100" w:type="dxa"/>
              <w:left w:w="120" w:type="dxa"/>
              <w:bottom w:w="100" w:type="dxa"/>
              <w:right w:w="120" w:type="dxa"/>
            </w:tcMar>
            <w:vAlign w:val="center"/>
          </w:tcPr>
          <w:p w14:paraId="65728D99" w14:textId="77777777" w:rsidR="00E77DE9" w:rsidRDefault="00000000">
            <w:pPr>
              <w:keepLines/>
              <w:spacing w:after="0"/>
            </w:pPr>
            <w:r>
              <w:rPr>
                <w:sz w:val="19"/>
              </w:rPr>
              <w:t>to go somewhere secretly</w:t>
            </w:r>
          </w:p>
        </w:tc>
      </w:tr>
      <w:tr w:rsidR="00E77DE9" w14:paraId="3B6EAB50" w14:textId="77777777">
        <w:trPr>
          <w:jc w:val="center"/>
        </w:trPr>
        <w:tc>
          <w:tcPr>
            <w:tcW w:w="3168" w:type="dxa"/>
            <w:shd w:val="clear" w:color="auto" w:fill="F3F6FA"/>
            <w:tcMar>
              <w:top w:w="100" w:type="dxa"/>
              <w:left w:w="120" w:type="dxa"/>
              <w:bottom w:w="100" w:type="dxa"/>
              <w:right w:w="120" w:type="dxa"/>
            </w:tcMar>
            <w:vAlign w:val="center"/>
          </w:tcPr>
          <w:p w14:paraId="36FFCF3F" w14:textId="77777777" w:rsidR="00E77DE9" w:rsidRDefault="00000000">
            <w:pPr>
              <w:keepLines/>
              <w:spacing w:after="0"/>
            </w:pPr>
            <w:r>
              <w:rPr>
                <w:sz w:val="19"/>
              </w:rPr>
              <w:t>confined</w:t>
            </w:r>
          </w:p>
        </w:tc>
        <w:tc>
          <w:tcPr>
            <w:tcW w:w="6624" w:type="dxa"/>
            <w:shd w:val="clear" w:color="auto" w:fill="F3F6FA"/>
            <w:tcMar>
              <w:top w:w="100" w:type="dxa"/>
              <w:left w:w="120" w:type="dxa"/>
              <w:bottom w:w="100" w:type="dxa"/>
              <w:right w:w="120" w:type="dxa"/>
            </w:tcMar>
            <w:vAlign w:val="center"/>
          </w:tcPr>
          <w:p w14:paraId="0EBE73D7" w14:textId="77777777" w:rsidR="00E77DE9" w:rsidRDefault="00000000">
            <w:pPr>
              <w:keepLines/>
              <w:spacing w:after="0"/>
            </w:pPr>
            <w:r>
              <w:rPr>
                <w:sz w:val="19"/>
              </w:rPr>
              <w:t>not allowed to leave a limited space</w:t>
            </w:r>
          </w:p>
        </w:tc>
      </w:tr>
      <w:tr w:rsidR="00E77DE9" w14:paraId="67BFBCD7" w14:textId="77777777">
        <w:trPr>
          <w:jc w:val="center"/>
        </w:trPr>
        <w:tc>
          <w:tcPr>
            <w:tcW w:w="3168" w:type="dxa"/>
            <w:tcMar>
              <w:top w:w="100" w:type="dxa"/>
              <w:left w:w="120" w:type="dxa"/>
              <w:bottom w:w="100" w:type="dxa"/>
              <w:right w:w="120" w:type="dxa"/>
            </w:tcMar>
            <w:vAlign w:val="center"/>
          </w:tcPr>
          <w:p w14:paraId="1FAEFC59" w14:textId="77777777" w:rsidR="00E77DE9" w:rsidRDefault="00000000">
            <w:pPr>
              <w:keepLines/>
              <w:spacing w:after="0"/>
            </w:pPr>
            <w:r>
              <w:rPr>
                <w:sz w:val="19"/>
              </w:rPr>
              <w:t>stench</w:t>
            </w:r>
          </w:p>
        </w:tc>
        <w:tc>
          <w:tcPr>
            <w:tcW w:w="6624" w:type="dxa"/>
            <w:tcMar>
              <w:top w:w="100" w:type="dxa"/>
              <w:left w:w="120" w:type="dxa"/>
              <w:bottom w:w="100" w:type="dxa"/>
              <w:right w:w="120" w:type="dxa"/>
            </w:tcMar>
            <w:vAlign w:val="center"/>
          </w:tcPr>
          <w:p w14:paraId="1713A578" w14:textId="77777777" w:rsidR="00E77DE9" w:rsidRDefault="00000000">
            <w:pPr>
              <w:keepLines/>
              <w:spacing w:after="0"/>
            </w:pPr>
            <w:r>
              <w:rPr>
                <w:sz w:val="19"/>
              </w:rPr>
              <w:t>a very strong unpleasant smell</w:t>
            </w:r>
          </w:p>
        </w:tc>
      </w:tr>
      <w:tr w:rsidR="00E77DE9" w14:paraId="4B47B9D0" w14:textId="77777777">
        <w:trPr>
          <w:jc w:val="center"/>
        </w:trPr>
        <w:tc>
          <w:tcPr>
            <w:tcW w:w="3168" w:type="dxa"/>
            <w:shd w:val="clear" w:color="auto" w:fill="F3F6FA"/>
            <w:tcMar>
              <w:top w:w="100" w:type="dxa"/>
              <w:left w:w="120" w:type="dxa"/>
              <w:bottom w:w="100" w:type="dxa"/>
              <w:right w:w="120" w:type="dxa"/>
            </w:tcMar>
            <w:vAlign w:val="center"/>
          </w:tcPr>
          <w:p w14:paraId="41BC728D" w14:textId="77777777" w:rsidR="00E77DE9" w:rsidRDefault="00000000">
            <w:pPr>
              <w:keepLines/>
              <w:spacing w:after="0"/>
            </w:pPr>
            <w:r>
              <w:rPr>
                <w:sz w:val="19"/>
              </w:rPr>
              <w:t>cavernous</w:t>
            </w:r>
          </w:p>
        </w:tc>
        <w:tc>
          <w:tcPr>
            <w:tcW w:w="6624" w:type="dxa"/>
            <w:shd w:val="clear" w:color="auto" w:fill="F3F6FA"/>
            <w:tcMar>
              <w:top w:w="100" w:type="dxa"/>
              <w:left w:w="120" w:type="dxa"/>
              <w:bottom w:w="100" w:type="dxa"/>
              <w:right w:w="120" w:type="dxa"/>
            </w:tcMar>
            <w:vAlign w:val="center"/>
          </w:tcPr>
          <w:p w14:paraId="75835B05" w14:textId="77777777" w:rsidR="00E77DE9" w:rsidRDefault="00000000">
            <w:pPr>
              <w:keepLines/>
              <w:spacing w:after="0"/>
            </w:pPr>
            <w:r>
              <w:rPr>
                <w:sz w:val="19"/>
              </w:rPr>
              <w:t>very large and empty-looking</w:t>
            </w:r>
          </w:p>
        </w:tc>
      </w:tr>
      <w:tr w:rsidR="00E77DE9" w14:paraId="20128551" w14:textId="77777777">
        <w:trPr>
          <w:jc w:val="center"/>
        </w:trPr>
        <w:tc>
          <w:tcPr>
            <w:tcW w:w="3168" w:type="dxa"/>
            <w:tcMar>
              <w:top w:w="100" w:type="dxa"/>
              <w:left w:w="120" w:type="dxa"/>
              <w:bottom w:w="100" w:type="dxa"/>
              <w:right w:w="120" w:type="dxa"/>
            </w:tcMar>
            <w:vAlign w:val="center"/>
          </w:tcPr>
          <w:p w14:paraId="19B04917" w14:textId="77777777" w:rsidR="00E77DE9" w:rsidRDefault="00000000">
            <w:pPr>
              <w:keepLines/>
              <w:spacing w:after="0"/>
            </w:pPr>
            <w:r>
              <w:rPr>
                <w:sz w:val="19"/>
              </w:rPr>
              <w:t>vermin / rat-infested</w:t>
            </w:r>
          </w:p>
        </w:tc>
        <w:tc>
          <w:tcPr>
            <w:tcW w:w="6624" w:type="dxa"/>
            <w:tcMar>
              <w:top w:w="100" w:type="dxa"/>
              <w:left w:w="120" w:type="dxa"/>
              <w:bottom w:w="100" w:type="dxa"/>
              <w:right w:w="120" w:type="dxa"/>
            </w:tcMar>
            <w:vAlign w:val="center"/>
          </w:tcPr>
          <w:p w14:paraId="1AF0B9BF" w14:textId="77777777" w:rsidR="00E77DE9" w:rsidRDefault="00000000">
            <w:pPr>
              <w:keepLines/>
              <w:spacing w:after="0"/>
            </w:pPr>
            <w:r>
              <w:rPr>
                <w:sz w:val="19"/>
              </w:rPr>
              <w:t>harmful animals / full of rats</w:t>
            </w:r>
          </w:p>
        </w:tc>
      </w:tr>
      <w:tr w:rsidR="00E77DE9" w14:paraId="57B2E406" w14:textId="77777777">
        <w:trPr>
          <w:jc w:val="center"/>
        </w:trPr>
        <w:tc>
          <w:tcPr>
            <w:tcW w:w="3168" w:type="dxa"/>
            <w:shd w:val="clear" w:color="auto" w:fill="F3F6FA"/>
            <w:tcMar>
              <w:top w:w="100" w:type="dxa"/>
              <w:left w:w="120" w:type="dxa"/>
              <w:bottom w:w="100" w:type="dxa"/>
              <w:right w:w="120" w:type="dxa"/>
            </w:tcMar>
            <w:vAlign w:val="center"/>
          </w:tcPr>
          <w:p w14:paraId="01913F5C" w14:textId="77777777" w:rsidR="00E77DE9" w:rsidRDefault="00000000">
            <w:pPr>
              <w:keepLines/>
              <w:spacing w:after="0"/>
            </w:pPr>
            <w:r>
              <w:rPr>
                <w:sz w:val="19"/>
              </w:rPr>
              <w:t>babble of voices</w:t>
            </w:r>
          </w:p>
        </w:tc>
        <w:tc>
          <w:tcPr>
            <w:tcW w:w="6624" w:type="dxa"/>
            <w:shd w:val="clear" w:color="auto" w:fill="F3F6FA"/>
            <w:tcMar>
              <w:top w:w="100" w:type="dxa"/>
              <w:left w:w="120" w:type="dxa"/>
              <w:bottom w:w="100" w:type="dxa"/>
              <w:right w:w="120" w:type="dxa"/>
            </w:tcMar>
            <w:vAlign w:val="center"/>
          </w:tcPr>
          <w:p w14:paraId="3C38521D" w14:textId="77777777" w:rsidR="00E77DE9" w:rsidRDefault="00000000">
            <w:pPr>
              <w:keepLines/>
              <w:spacing w:after="0"/>
            </w:pPr>
            <w:r>
              <w:rPr>
                <w:sz w:val="19"/>
              </w:rPr>
              <w:t>many voices heard together</w:t>
            </w:r>
          </w:p>
        </w:tc>
      </w:tr>
    </w:tbl>
    <w:p w14:paraId="04E2960C" w14:textId="3DBBF393" w:rsidR="001A3779" w:rsidRDefault="001A3779">
      <w:pPr>
        <w:spacing w:after="0"/>
      </w:pPr>
    </w:p>
    <w:p w14:paraId="03A2F200" w14:textId="6E7C338E" w:rsidR="00E77DE9" w:rsidRPr="004175E9" w:rsidRDefault="00D21E22" w:rsidP="00D05E1D">
      <w:pPr>
        <w:spacing w:after="200"/>
      </w:pPr>
      <w:r>
        <w:rPr>
          <w:noProof/>
        </w:rPr>
        <w:drawing>
          <wp:anchor distT="0" distB="0" distL="114300" distR="114300" simplePos="0" relativeHeight="251680768" behindDoc="0" locked="0" layoutInCell="1" allowOverlap="1" wp14:anchorId="1E0CB86F" wp14:editId="4DB5172C">
            <wp:simplePos x="0" y="0"/>
            <wp:positionH relativeFrom="margin">
              <wp:posOffset>5306695</wp:posOffset>
            </wp:positionH>
            <wp:positionV relativeFrom="paragraph">
              <wp:posOffset>215097</wp:posOffset>
            </wp:positionV>
            <wp:extent cx="1060450" cy="629920"/>
            <wp:effectExtent l="0" t="0" r="6350" b="0"/>
            <wp:wrapNone/>
            <wp:docPr id="214266559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29920"/>
                    </a:xfrm>
                    <a:prstGeom prst="rect">
                      <a:avLst/>
                    </a:prstGeom>
                  </pic:spPr>
                </pic:pic>
              </a:graphicData>
            </a:graphic>
            <wp14:sizeRelH relativeFrom="margin">
              <wp14:pctWidth>0</wp14:pctWidth>
            </wp14:sizeRelH>
            <wp14:sizeRelV relativeFrom="margin">
              <wp14:pctHeight>0</wp14:pctHeight>
            </wp14:sizeRelV>
          </wp:anchor>
        </w:drawing>
      </w:r>
      <w:r w:rsidR="006057C5">
        <w:rPr>
          <w:noProof/>
        </w:rPr>
        <w:drawing>
          <wp:anchor distT="0" distB="0" distL="114300" distR="114300" simplePos="0" relativeHeight="251702272" behindDoc="0" locked="0" layoutInCell="1" allowOverlap="1" wp14:anchorId="4D331E51" wp14:editId="7DCECDE4">
            <wp:simplePos x="0" y="0"/>
            <wp:positionH relativeFrom="margin">
              <wp:align>right</wp:align>
            </wp:positionH>
            <wp:positionV relativeFrom="paragraph">
              <wp:posOffset>8966200</wp:posOffset>
            </wp:positionV>
            <wp:extent cx="1060450" cy="629920"/>
            <wp:effectExtent l="0" t="0" r="6350" b="0"/>
            <wp:wrapNone/>
            <wp:docPr id="89155449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29920"/>
                    </a:xfrm>
                    <a:prstGeom prst="rect">
                      <a:avLst/>
                    </a:prstGeom>
                  </pic:spPr>
                </pic:pic>
              </a:graphicData>
            </a:graphic>
            <wp14:sizeRelH relativeFrom="margin">
              <wp14:pctWidth>0</wp14:pctWidth>
            </wp14:sizeRelH>
            <wp14:sizeRelV relativeFrom="margin">
              <wp14:pctHeight>0</wp14:pctHeight>
            </wp14:sizeRelV>
          </wp:anchor>
        </w:drawing>
      </w:r>
      <w:r w:rsidR="001A3779">
        <w:br w:type="page"/>
      </w:r>
      <w:r w:rsidR="006057C5" w:rsidRPr="004175E9">
        <w:rPr>
          <w:b/>
          <w:color w:val="17365D"/>
          <w:sz w:val="24"/>
        </w:rPr>
        <w:lastRenderedPageBreak/>
        <w:t>1</w:t>
      </w:r>
      <w:r w:rsidR="00DD5609" w:rsidRPr="004175E9">
        <w:rPr>
          <w:b/>
          <w:color w:val="17365D"/>
          <w:sz w:val="24"/>
        </w:rPr>
        <w:t>)</w:t>
      </w:r>
      <w:r w:rsidR="006057C5" w:rsidRPr="004175E9">
        <w:rPr>
          <w:b/>
          <w:color w:val="17365D"/>
          <w:sz w:val="24"/>
        </w:rPr>
        <w:t xml:space="preserve">  Find and classify</w:t>
      </w:r>
    </w:p>
    <w:p w14:paraId="1D2AA0DA" w14:textId="0001C153" w:rsidR="00E77DE9" w:rsidRDefault="00EE3253">
      <w:r>
        <w:t xml:space="preserve">In </w:t>
      </w:r>
      <w:r w:rsidR="00804DC9">
        <w:t>the transcript,</w:t>
      </w:r>
      <w:r>
        <w:t xml:space="preserve"> underline or highlight evidence in three </w:t>
      </w:r>
      <w:r w:rsidR="00804DC9">
        <w:t xml:space="preserve">different </w:t>
      </w:r>
      <w:r w:rsidR="00C93F32">
        <w:t>colors</w:t>
      </w:r>
      <w:r>
        <w:t>.</w:t>
      </w:r>
    </w:p>
    <w:tbl>
      <w:tblPr>
        <w:tblStyle w:val="TableGrid"/>
        <w:tblW w:w="0" w:type="auto"/>
        <w:jc w:val="center"/>
        <w:tblLook w:val="04A0" w:firstRow="1" w:lastRow="0" w:firstColumn="1" w:lastColumn="0" w:noHBand="0" w:noVBand="1"/>
      </w:tblPr>
      <w:tblGrid>
        <w:gridCol w:w="3240"/>
        <w:gridCol w:w="3240"/>
        <w:gridCol w:w="3312"/>
      </w:tblGrid>
      <w:tr w:rsidR="00E77DE9" w14:paraId="1C00D0FB" w14:textId="77777777">
        <w:trPr>
          <w:tblHeader/>
          <w:jc w:val="center"/>
        </w:trPr>
        <w:tc>
          <w:tcPr>
            <w:tcW w:w="3240" w:type="dxa"/>
            <w:shd w:val="clear" w:color="auto" w:fill="17365D"/>
            <w:tcMar>
              <w:top w:w="100" w:type="dxa"/>
              <w:left w:w="120" w:type="dxa"/>
              <w:bottom w:w="100" w:type="dxa"/>
              <w:right w:w="120" w:type="dxa"/>
            </w:tcMar>
            <w:vAlign w:val="center"/>
          </w:tcPr>
          <w:p w14:paraId="07697D2D" w14:textId="77777777" w:rsidR="00E77DE9" w:rsidRDefault="00000000">
            <w:pPr>
              <w:keepLines/>
              <w:jc w:val="center"/>
            </w:pPr>
            <w:r>
              <w:rPr>
                <w:b/>
                <w:color w:val="FFFFFF"/>
                <w:sz w:val="19"/>
              </w:rPr>
              <w:t>THE SHIP</w:t>
            </w:r>
          </w:p>
        </w:tc>
        <w:tc>
          <w:tcPr>
            <w:tcW w:w="3240" w:type="dxa"/>
            <w:shd w:val="clear" w:color="auto" w:fill="17365D"/>
            <w:tcMar>
              <w:top w:w="100" w:type="dxa"/>
              <w:left w:w="120" w:type="dxa"/>
              <w:bottom w:w="100" w:type="dxa"/>
              <w:right w:w="120" w:type="dxa"/>
            </w:tcMar>
            <w:vAlign w:val="center"/>
          </w:tcPr>
          <w:p w14:paraId="74F3E0BD" w14:textId="77777777" w:rsidR="00E77DE9" w:rsidRDefault="00000000">
            <w:pPr>
              <w:keepLines/>
              <w:jc w:val="center"/>
            </w:pPr>
            <w:r>
              <w:rPr>
                <w:b/>
                <w:color w:val="FFFFFF"/>
                <w:sz w:val="19"/>
              </w:rPr>
              <w:t>BAD CONDITIONS</w:t>
            </w:r>
          </w:p>
        </w:tc>
        <w:tc>
          <w:tcPr>
            <w:tcW w:w="3312" w:type="dxa"/>
            <w:shd w:val="clear" w:color="auto" w:fill="17365D"/>
            <w:tcMar>
              <w:top w:w="100" w:type="dxa"/>
              <w:left w:w="120" w:type="dxa"/>
              <w:bottom w:w="100" w:type="dxa"/>
              <w:right w:w="120" w:type="dxa"/>
            </w:tcMar>
            <w:vAlign w:val="center"/>
          </w:tcPr>
          <w:p w14:paraId="4B01B81B" w14:textId="77777777" w:rsidR="00E77DE9" w:rsidRDefault="00000000">
            <w:pPr>
              <w:keepLines/>
              <w:jc w:val="center"/>
            </w:pPr>
            <w:r>
              <w:rPr>
                <w:b/>
                <w:color w:val="FFFFFF"/>
                <w:sz w:val="19"/>
              </w:rPr>
              <w:t>FEELINGS AND PERCEPTION</w:t>
            </w:r>
          </w:p>
        </w:tc>
      </w:tr>
      <w:tr w:rsidR="00E77DE9" w14:paraId="40DBB1AA" w14:textId="77777777">
        <w:trPr>
          <w:jc w:val="center"/>
        </w:trPr>
        <w:tc>
          <w:tcPr>
            <w:tcW w:w="3240" w:type="dxa"/>
            <w:shd w:val="clear" w:color="auto" w:fill="F3F6FA"/>
            <w:tcMar>
              <w:top w:w="100" w:type="dxa"/>
              <w:left w:w="120" w:type="dxa"/>
              <w:bottom w:w="100" w:type="dxa"/>
              <w:right w:w="120" w:type="dxa"/>
            </w:tcMar>
            <w:vAlign w:val="center"/>
          </w:tcPr>
          <w:p w14:paraId="5934DD8B" w14:textId="267265B4" w:rsidR="00E77DE9" w:rsidRPr="00BD0F47" w:rsidRDefault="00650AF0">
            <w:pPr>
              <w:keepLines/>
              <w:spacing w:after="0"/>
              <w:rPr>
                <w:sz w:val="19"/>
                <w:szCs w:val="19"/>
              </w:rPr>
            </w:pPr>
            <w:r w:rsidRPr="00BD0F47">
              <w:rPr>
                <w:sz w:val="19"/>
                <w:szCs w:val="19"/>
              </w:rPr>
              <w:t xml:space="preserve">Chosen color: </w:t>
            </w:r>
          </w:p>
        </w:tc>
        <w:tc>
          <w:tcPr>
            <w:tcW w:w="3240" w:type="dxa"/>
            <w:shd w:val="clear" w:color="auto" w:fill="F3F6FA"/>
            <w:tcMar>
              <w:top w:w="100" w:type="dxa"/>
              <w:left w:w="120" w:type="dxa"/>
              <w:bottom w:w="100" w:type="dxa"/>
              <w:right w:w="120" w:type="dxa"/>
            </w:tcMar>
            <w:vAlign w:val="center"/>
          </w:tcPr>
          <w:p w14:paraId="5C24154E" w14:textId="64179D69" w:rsidR="00E77DE9" w:rsidRPr="00BD0F47" w:rsidRDefault="0007425F">
            <w:pPr>
              <w:keepLines/>
              <w:spacing w:after="0"/>
              <w:rPr>
                <w:sz w:val="19"/>
                <w:szCs w:val="19"/>
              </w:rPr>
            </w:pPr>
            <w:r w:rsidRPr="00BD0F47">
              <w:rPr>
                <w:sz w:val="19"/>
                <w:szCs w:val="19"/>
              </w:rPr>
              <w:t>Chosen color:</w:t>
            </w:r>
            <w:r>
              <w:rPr>
                <w:sz w:val="19"/>
                <w:szCs w:val="19"/>
              </w:rPr>
              <w:t xml:space="preserve"> </w:t>
            </w:r>
          </w:p>
        </w:tc>
        <w:tc>
          <w:tcPr>
            <w:tcW w:w="3312" w:type="dxa"/>
            <w:shd w:val="clear" w:color="auto" w:fill="F3F6FA"/>
            <w:tcMar>
              <w:top w:w="100" w:type="dxa"/>
              <w:left w:w="120" w:type="dxa"/>
              <w:bottom w:w="100" w:type="dxa"/>
              <w:right w:w="120" w:type="dxa"/>
            </w:tcMar>
            <w:vAlign w:val="center"/>
          </w:tcPr>
          <w:p w14:paraId="6F523C2E" w14:textId="079C98D9" w:rsidR="00E77DE9" w:rsidRDefault="0007425F">
            <w:pPr>
              <w:keepLines/>
              <w:spacing w:after="0"/>
            </w:pPr>
            <w:r w:rsidRPr="00BD0F47">
              <w:rPr>
                <w:sz w:val="19"/>
                <w:szCs w:val="19"/>
              </w:rPr>
              <w:t>Chosen color:</w:t>
            </w:r>
            <w:r>
              <w:rPr>
                <w:sz w:val="19"/>
                <w:szCs w:val="19"/>
              </w:rPr>
              <w:t xml:space="preserve"> </w:t>
            </w:r>
          </w:p>
        </w:tc>
      </w:tr>
      <w:tr w:rsidR="00B44719" w14:paraId="414483A6" w14:textId="77777777" w:rsidTr="00F442EC">
        <w:trPr>
          <w:jc w:val="center"/>
        </w:trPr>
        <w:tc>
          <w:tcPr>
            <w:tcW w:w="3240" w:type="dxa"/>
            <w:tcMar>
              <w:top w:w="100" w:type="dxa"/>
              <w:left w:w="120" w:type="dxa"/>
              <w:bottom w:w="100" w:type="dxa"/>
              <w:right w:w="120" w:type="dxa"/>
            </w:tcMar>
            <w:vAlign w:val="center"/>
          </w:tcPr>
          <w:p w14:paraId="236EA6EB" w14:textId="77777777" w:rsidR="00B44719" w:rsidRDefault="00B44719" w:rsidP="00F442EC">
            <w:pPr>
              <w:keepLines/>
              <w:spacing w:after="0"/>
            </w:pPr>
            <w:r>
              <w:rPr>
                <w:sz w:val="19"/>
              </w:rPr>
              <w:t>Ex: deck, steerage…</w:t>
            </w:r>
          </w:p>
        </w:tc>
        <w:tc>
          <w:tcPr>
            <w:tcW w:w="3240" w:type="dxa"/>
            <w:tcMar>
              <w:top w:w="100" w:type="dxa"/>
              <w:left w:w="120" w:type="dxa"/>
              <w:bottom w:w="100" w:type="dxa"/>
              <w:right w:w="120" w:type="dxa"/>
            </w:tcMar>
            <w:vAlign w:val="center"/>
          </w:tcPr>
          <w:p w14:paraId="6706401D" w14:textId="77777777" w:rsidR="00B44719" w:rsidRDefault="00B44719" w:rsidP="00F442EC">
            <w:pPr>
              <w:keepLines/>
              <w:spacing w:after="0"/>
            </w:pPr>
            <w:r>
              <w:rPr>
                <w:sz w:val="19"/>
              </w:rPr>
              <w:t>Ex: heat, stench…</w:t>
            </w:r>
          </w:p>
        </w:tc>
        <w:tc>
          <w:tcPr>
            <w:tcW w:w="3312" w:type="dxa"/>
            <w:tcMar>
              <w:top w:w="100" w:type="dxa"/>
              <w:left w:w="120" w:type="dxa"/>
              <w:bottom w:w="100" w:type="dxa"/>
              <w:right w:w="120" w:type="dxa"/>
            </w:tcMar>
            <w:vAlign w:val="center"/>
          </w:tcPr>
          <w:p w14:paraId="75D681F5" w14:textId="77777777" w:rsidR="00B44719" w:rsidRDefault="00B44719" w:rsidP="00F442EC">
            <w:pPr>
              <w:keepLines/>
              <w:spacing w:after="0"/>
            </w:pPr>
            <w:r>
              <w:rPr>
                <w:sz w:val="19"/>
              </w:rPr>
              <w:t>Ex: awed, adventure…</w:t>
            </w:r>
          </w:p>
        </w:tc>
      </w:tr>
    </w:tbl>
    <w:p w14:paraId="473B9176" w14:textId="77777777" w:rsidR="00E77DE9" w:rsidRPr="004175E9" w:rsidRDefault="00E77DE9">
      <w:pPr>
        <w:spacing w:after="0"/>
      </w:pPr>
    </w:p>
    <w:p w14:paraId="53483960" w14:textId="1FDF6165" w:rsidR="00E77DE9" w:rsidRPr="004175E9" w:rsidRDefault="00000000">
      <w:pPr>
        <w:spacing w:before="140" w:after="60"/>
      </w:pPr>
      <w:r w:rsidRPr="004175E9">
        <w:rPr>
          <w:b/>
          <w:color w:val="17365D"/>
          <w:sz w:val="24"/>
        </w:rPr>
        <w:t>2</w:t>
      </w:r>
      <w:r w:rsidR="00DD5609" w:rsidRPr="004175E9">
        <w:rPr>
          <w:b/>
          <w:color w:val="17365D"/>
          <w:sz w:val="24"/>
        </w:rPr>
        <w:t>)</w:t>
      </w:r>
      <w:r w:rsidRPr="004175E9">
        <w:rPr>
          <w:b/>
          <w:color w:val="17365D"/>
          <w:sz w:val="24"/>
        </w:rPr>
        <w:t xml:space="preserve">  True or false</w:t>
      </w:r>
      <w:r w:rsidR="00B44719">
        <w:rPr>
          <w:b/>
          <w:color w:val="17365D"/>
          <w:sz w:val="24"/>
        </w:rPr>
        <w:t>:</w:t>
      </w:r>
      <w:r w:rsidRPr="004175E9">
        <w:rPr>
          <w:b/>
          <w:color w:val="17365D"/>
          <w:sz w:val="24"/>
        </w:rPr>
        <w:t xml:space="preserve"> Justify with the transcript</w:t>
      </w:r>
    </w:p>
    <w:p w14:paraId="14CE0C17" w14:textId="41217395" w:rsidR="00E77DE9" w:rsidRDefault="00000000">
      <w:r>
        <w:t>Tick True or False, then copy a short quotation as evidence.</w:t>
      </w:r>
    </w:p>
    <w:tbl>
      <w:tblPr>
        <w:tblStyle w:val="TableGrid"/>
        <w:tblW w:w="0" w:type="auto"/>
        <w:jc w:val="center"/>
        <w:tblLook w:val="04A0" w:firstRow="1" w:lastRow="0" w:firstColumn="1" w:lastColumn="0" w:noHBand="0" w:noVBand="1"/>
      </w:tblPr>
      <w:tblGrid>
        <w:gridCol w:w="4464"/>
        <w:gridCol w:w="576"/>
        <w:gridCol w:w="576"/>
        <w:gridCol w:w="4176"/>
      </w:tblGrid>
      <w:tr w:rsidR="00E77DE9" w14:paraId="2B851E91" w14:textId="77777777">
        <w:trPr>
          <w:tblHeader/>
          <w:jc w:val="center"/>
        </w:trPr>
        <w:tc>
          <w:tcPr>
            <w:tcW w:w="4464" w:type="dxa"/>
            <w:shd w:val="clear" w:color="auto" w:fill="17365D"/>
            <w:tcMar>
              <w:top w:w="100" w:type="dxa"/>
              <w:left w:w="120" w:type="dxa"/>
              <w:bottom w:w="100" w:type="dxa"/>
              <w:right w:w="120" w:type="dxa"/>
            </w:tcMar>
            <w:vAlign w:val="center"/>
          </w:tcPr>
          <w:p w14:paraId="3FB29DA1" w14:textId="77777777" w:rsidR="00E77DE9" w:rsidRDefault="00000000">
            <w:pPr>
              <w:keepLines/>
              <w:jc w:val="center"/>
            </w:pPr>
            <w:r>
              <w:rPr>
                <w:b/>
                <w:color w:val="FFFFFF"/>
                <w:sz w:val="19"/>
              </w:rPr>
              <w:t>Statement</w:t>
            </w:r>
          </w:p>
        </w:tc>
        <w:tc>
          <w:tcPr>
            <w:tcW w:w="576" w:type="dxa"/>
            <w:shd w:val="clear" w:color="auto" w:fill="17365D"/>
            <w:tcMar>
              <w:top w:w="100" w:type="dxa"/>
              <w:left w:w="120" w:type="dxa"/>
              <w:bottom w:w="100" w:type="dxa"/>
              <w:right w:w="120" w:type="dxa"/>
            </w:tcMar>
            <w:vAlign w:val="center"/>
          </w:tcPr>
          <w:p w14:paraId="42560A12" w14:textId="77777777" w:rsidR="00E77DE9" w:rsidRDefault="00000000">
            <w:pPr>
              <w:keepLines/>
              <w:jc w:val="center"/>
            </w:pPr>
            <w:r>
              <w:rPr>
                <w:b/>
                <w:color w:val="FFFFFF"/>
                <w:sz w:val="19"/>
              </w:rPr>
              <w:t>T</w:t>
            </w:r>
          </w:p>
        </w:tc>
        <w:tc>
          <w:tcPr>
            <w:tcW w:w="576" w:type="dxa"/>
            <w:shd w:val="clear" w:color="auto" w:fill="17365D"/>
            <w:tcMar>
              <w:top w:w="100" w:type="dxa"/>
              <w:left w:w="120" w:type="dxa"/>
              <w:bottom w:w="100" w:type="dxa"/>
              <w:right w:w="120" w:type="dxa"/>
            </w:tcMar>
            <w:vAlign w:val="center"/>
          </w:tcPr>
          <w:p w14:paraId="79CD338C" w14:textId="77777777" w:rsidR="00E77DE9" w:rsidRDefault="00000000">
            <w:pPr>
              <w:keepLines/>
              <w:jc w:val="center"/>
            </w:pPr>
            <w:r>
              <w:rPr>
                <w:b/>
                <w:color w:val="FFFFFF"/>
                <w:sz w:val="19"/>
              </w:rPr>
              <w:t>F</w:t>
            </w:r>
          </w:p>
        </w:tc>
        <w:tc>
          <w:tcPr>
            <w:tcW w:w="4176" w:type="dxa"/>
            <w:shd w:val="clear" w:color="auto" w:fill="17365D"/>
            <w:tcMar>
              <w:top w:w="100" w:type="dxa"/>
              <w:left w:w="120" w:type="dxa"/>
              <w:bottom w:w="100" w:type="dxa"/>
              <w:right w:w="120" w:type="dxa"/>
            </w:tcMar>
            <w:vAlign w:val="center"/>
          </w:tcPr>
          <w:p w14:paraId="503F67FC" w14:textId="77777777" w:rsidR="00E77DE9" w:rsidRDefault="00000000">
            <w:pPr>
              <w:keepLines/>
              <w:jc w:val="center"/>
            </w:pPr>
            <w:r>
              <w:rPr>
                <w:b/>
                <w:color w:val="FFFFFF"/>
                <w:sz w:val="19"/>
              </w:rPr>
              <w:t>Evidence from the transcript</w:t>
            </w:r>
          </w:p>
        </w:tc>
      </w:tr>
      <w:tr w:rsidR="00E77DE9" w14:paraId="6634C909" w14:textId="77777777">
        <w:trPr>
          <w:jc w:val="center"/>
        </w:trPr>
        <w:tc>
          <w:tcPr>
            <w:tcW w:w="4464" w:type="dxa"/>
            <w:tcMar>
              <w:top w:w="100" w:type="dxa"/>
              <w:left w:w="120" w:type="dxa"/>
              <w:bottom w:w="100" w:type="dxa"/>
              <w:right w:w="120" w:type="dxa"/>
            </w:tcMar>
            <w:vAlign w:val="center"/>
          </w:tcPr>
          <w:p w14:paraId="2CF2695C" w14:textId="77777777" w:rsidR="00E77DE9" w:rsidRDefault="00000000">
            <w:pPr>
              <w:keepLines/>
              <w:spacing w:after="0"/>
            </w:pPr>
            <w:r>
              <w:rPr>
                <w:sz w:val="19"/>
              </w:rPr>
              <w:t>Morris had travelled by ship before.</w:t>
            </w:r>
          </w:p>
        </w:tc>
        <w:tc>
          <w:tcPr>
            <w:tcW w:w="576" w:type="dxa"/>
            <w:tcMar>
              <w:top w:w="100" w:type="dxa"/>
              <w:left w:w="120" w:type="dxa"/>
              <w:bottom w:w="100" w:type="dxa"/>
              <w:right w:w="120" w:type="dxa"/>
            </w:tcMar>
            <w:vAlign w:val="center"/>
          </w:tcPr>
          <w:p w14:paraId="6AC0A93D" w14:textId="77777777" w:rsidR="00E77DE9" w:rsidRDefault="00000000">
            <w:pPr>
              <w:keepLines/>
              <w:spacing w:after="0"/>
            </w:pPr>
            <w:r>
              <w:rPr>
                <w:sz w:val="19"/>
              </w:rPr>
              <w:t>☐</w:t>
            </w:r>
          </w:p>
        </w:tc>
        <w:tc>
          <w:tcPr>
            <w:tcW w:w="576" w:type="dxa"/>
            <w:tcMar>
              <w:top w:w="100" w:type="dxa"/>
              <w:left w:w="120" w:type="dxa"/>
              <w:bottom w:w="100" w:type="dxa"/>
              <w:right w:w="120" w:type="dxa"/>
            </w:tcMar>
            <w:vAlign w:val="center"/>
          </w:tcPr>
          <w:p w14:paraId="7C29798D" w14:textId="77777777" w:rsidR="00E77DE9" w:rsidRDefault="00000000">
            <w:pPr>
              <w:keepLines/>
              <w:spacing w:after="0"/>
            </w:pPr>
            <w:r>
              <w:rPr>
                <w:sz w:val="19"/>
              </w:rPr>
              <w:t>☐</w:t>
            </w:r>
          </w:p>
        </w:tc>
        <w:tc>
          <w:tcPr>
            <w:tcW w:w="4176" w:type="dxa"/>
            <w:tcMar>
              <w:top w:w="100" w:type="dxa"/>
              <w:left w:w="120" w:type="dxa"/>
              <w:bottom w:w="100" w:type="dxa"/>
              <w:right w:w="120" w:type="dxa"/>
            </w:tcMar>
            <w:vAlign w:val="center"/>
          </w:tcPr>
          <w:p w14:paraId="5E2901BE" w14:textId="77777777" w:rsidR="00E77DE9" w:rsidRDefault="00E77DE9">
            <w:pPr>
              <w:keepLines/>
              <w:spacing w:after="0"/>
            </w:pPr>
          </w:p>
        </w:tc>
      </w:tr>
      <w:tr w:rsidR="00E77DE9" w14:paraId="58B6E12A" w14:textId="77777777">
        <w:trPr>
          <w:jc w:val="center"/>
        </w:trPr>
        <w:tc>
          <w:tcPr>
            <w:tcW w:w="4464" w:type="dxa"/>
            <w:shd w:val="clear" w:color="auto" w:fill="F3F6FA"/>
            <w:tcMar>
              <w:top w:w="100" w:type="dxa"/>
              <w:left w:w="120" w:type="dxa"/>
              <w:bottom w:w="100" w:type="dxa"/>
              <w:right w:w="120" w:type="dxa"/>
            </w:tcMar>
            <w:vAlign w:val="center"/>
          </w:tcPr>
          <w:p w14:paraId="12115782" w14:textId="1DB0929F" w:rsidR="00E77DE9" w:rsidRDefault="00000000">
            <w:pPr>
              <w:keepLines/>
              <w:spacing w:after="0"/>
            </w:pPr>
            <w:r>
              <w:rPr>
                <w:sz w:val="19"/>
              </w:rPr>
              <w:t>His sister enjoyed the crossing.</w:t>
            </w:r>
          </w:p>
        </w:tc>
        <w:tc>
          <w:tcPr>
            <w:tcW w:w="576" w:type="dxa"/>
            <w:shd w:val="clear" w:color="auto" w:fill="F3F6FA"/>
            <w:tcMar>
              <w:top w:w="100" w:type="dxa"/>
              <w:left w:w="120" w:type="dxa"/>
              <w:bottom w:w="100" w:type="dxa"/>
              <w:right w:w="120" w:type="dxa"/>
            </w:tcMar>
            <w:vAlign w:val="center"/>
          </w:tcPr>
          <w:p w14:paraId="3E56C5A8" w14:textId="77777777" w:rsidR="00E77DE9" w:rsidRDefault="00000000">
            <w:pPr>
              <w:keepLines/>
              <w:spacing w:after="0"/>
            </w:pPr>
            <w:r>
              <w:rPr>
                <w:sz w:val="19"/>
              </w:rPr>
              <w:t>☐</w:t>
            </w:r>
          </w:p>
        </w:tc>
        <w:tc>
          <w:tcPr>
            <w:tcW w:w="576" w:type="dxa"/>
            <w:shd w:val="clear" w:color="auto" w:fill="F3F6FA"/>
            <w:tcMar>
              <w:top w:w="100" w:type="dxa"/>
              <w:left w:w="120" w:type="dxa"/>
              <w:bottom w:w="100" w:type="dxa"/>
              <w:right w:w="120" w:type="dxa"/>
            </w:tcMar>
            <w:vAlign w:val="center"/>
          </w:tcPr>
          <w:p w14:paraId="21E9970C" w14:textId="77777777" w:rsidR="00E77DE9" w:rsidRDefault="00000000">
            <w:pPr>
              <w:keepLines/>
              <w:spacing w:after="0"/>
            </w:pPr>
            <w:r>
              <w:rPr>
                <w:sz w:val="19"/>
              </w:rPr>
              <w:t>☐</w:t>
            </w:r>
          </w:p>
        </w:tc>
        <w:tc>
          <w:tcPr>
            <w:tcW w:w="4176" w:type="dxa"/>
            <w:shd w:val="clear" w:color="auto" w:fill="F3F6FA"/>
            <w:tcMar>
              <w:top w:w="100" w:type="dxa"/>
              <w:left w:w="120" w:type="dxa"/>
              <w:bottom w:w="100" w:type="dxa"/>
              <w:right w:w="120" w:type="dxa"/>
            </w:tcMar>
            <w:vAlign w:val="center"/>
          </w:tcPr>
          <w:p w14:paraId="1954791C" w14:textId="77777777" w:rsidR="00E77DE9" w:rsidRDefault="00E77DE9">
            <w:pPr>
              <w:keepLines/>
              <w:spacing w:after="0"/>
            </w:pPr>
          </w:p>
        </w:tc>
      </w:tr>
      <w:tr w:rsidR="00E77DE9" w14:paraId="24CB058C" w14:textId="77777777">
        <w:trPr>
          <w:jc w:val="center"/>
        </w:trPr>
        <w:tc>
          <w:tcPr>
            <w:tcW w:w="4464" w:type="dxa"/>
            <w:tcMar>
              <w:top w:w="100" w:type="dxa"/>
              <w:left w:w="120" w:type="dxa"/>
              <w:bottom w:w="100" w:type="dxa"/>
              <w:right w:w="120" w:type="dxa"/>
            </w:tcMar>
            <w:vAlign w:val="center"/>
          </w:tcPr>
          <w:p w14:paraId="7AE8F8B9" w14:textId="77777777" w:rsidR="00E77DE9" w:rsidRDefault="00000000">
            <w:pPr>
              <w:keepLines/>
              <w:spacing w:after="0"/>
            </w:pPr>
            <w:r>
              <w:rPr>
                <w:sz w:val="19"/>
              </w:rPr>
              <w:t>The journey lasted two weeks.</w:t>
            </w:r>
          </w:p>
        </w:tc>
        <w:tc>
          <w:tcPr>
            <w:tcW w:w="576" w:type="dxa"/>
            <w:tcMar>
              <w:top w:w="100" w:type="dxa"/>
              <w:left w:w="120" w:type="dxa"/>
              <w:bottom w:w="100" w:type="dxa"/>
              <w:right w:w="120" w:type="dxa"/>
            </w:tcMar>
            <w:vAlign w:val="center"/>
          </w:tcPr>
          <w:p w14:paraId="569AC3B2" w14:textId="77777777" w:rsidR="00E77DE9" w:rsidRDefault="00000000">
            <w:pPr>
              <w:keepLines/>
              <w:spacing w:after="0"/>
            </w:pPr>
            <w:r>
              <w:rPr>
                <w:sz w:val="19"/>
              </w:rPr>
              <w:t>☐</w:t>
            </w:r>
          </w:p>
        </w:tc>
        <w:tc>
          <w:tcPr>
            <w:tcW w:w="576" w:type="dxa"/>
            <w:tcMar>
              <w:top w:w="100" w:type="dxa"/>
              <w:left w:w="120" w:type="dxa"/>
              <w:bottom w:w="100" w:type="dxa"/>
              <w:right w:w="120" w:type="dxa"/>
            </w:tcMar>
            <w:vAlign w:val="center"/>
          </w:tcPr>
          <w:p w14:paraId="0A52727D" w14:textId="77777777" w:rsidR="00E77DE9" w:rsidRDefault="00000000">
            <w:pPr>
              <w:keepLines/>
              <w:spacing w:after="0"/>
            </w:pPr>
            <w:r>
              <w:rPr>
                <w:sz w:val="19"/>
              </w:rPr>
              <w:t>☐</w:t>
            </w:r>
          </w:p>
        </w:tc>
        <w:tc>
          <w:tcPr>
            <w:tcW w:w="4176" w:type="dxa"/>
            <w:tcMar>
              <w:top w:w="100" w:type="dxa"/>
              <w:left w:w="120" w:type="dxa"/>
              <w:bottom w:w="100" w:type="dxa"/>
              <w:right w:w="120" w:type="dxa"/>
            </w:tcMar>
            <w:vAlign w:val="center"/>
          </w:tcPr>
          <w:p w14:paraId="17FECB54" w14:textId="77777777" w:rsidR="00E77DE9" w:rsidRDefault="00E77DE9">
            <w:pPr>
              <w:keepLines/>
              <w:spacing w:after="0"/>
            </w:pPr>
          </w:p>
        </w:tc>
      </w:tr>
      <w:tr w:rsidR="00E77DE9" w14:paraId="20378A33" w14:textId="77777777">
        <w:trPr>
          <w:jc w:val="center"/>
        </w:trPr>
        <w:tc>
          <w:tcPr>
            <w:tcW w:w="4464" w:type="dxa"/>
            <w:shd w:val="clear" w:color="auto" w:fill="F3F6FA"/>
            <w:tcMar>
              <w:top w:w="100" w:type="dxa"/>
              <w:left w:w="120" w:type="dxa"/>
              <w:bottom w:w="100" w:type="dxa"/>
              <w:right w:w="120" w:type="dxa"/>
            </w:tcMar>
            <w:vAlign w:val="center"/>
          </w:tcPr>
          <w:p w14:paraId="1BA08FE6" w14:textId="77777777" w:rsidR="00E77DE9" w:rsidRDefault="00000000">
            <w:pPr>
              <w:keepLines/>
              <w:spacing w:after="0"/>
            </w:pPr>
            <w:r>
              <w:rPr>
                <w:sz w:val="19"/>
              </w:rPr>
              <w:t>Morris travelled in first or second class.</w:t>
            </w:r>
          </w:p>
        </w:tc>
        <w:tc>
          <w:tcPr>
            <w:tcW w:w="576" w:type="dxa"/>
            <w:shd w:val="clear" w:color="auto" w:fill="F3F6FA"/>
            <w:tcMar>
              <w:top w:w="100" w:type="dxa"/>
              <w:left w:w="120" w:type="dxa"/>
              <w:bottom w:w="100" w:type="dxa"/>
              <w:right w:w="120" w:type="dxa"/>
            </w:tcMar>
            <w:vAlign w:val="center"/>
          </w:tcPr>
          <w:p w14:paraId="79BD1B54" w14:textId="77777777" w:rsidR="00E77DE9" w:rsidRDefault="00000000">
            <w:pPr>
              <w:keepLines/>
              <w:spacing w:after="0"/>
            </w:pPr>
            <w:r>
              <w:rPr>
                <w:sz w:val="19"/>
              </w:rPr>
              <w:t>☐</w:t>
            </w:r>
          </w:p>
        </w:tc>
        <w:tc>
          <w:tcPr>
            <w:tcW w:w="576" w:type="dxa"/>
            <w:shd w:val="clear" w:color="auto" w:fill="F3F6FA"/>
            <w:tcMar>
              <w:top w:w="100" w:type="dxa"/>
              <w:left w:w="120" w:type="dxa"/>
              <w:bottom w:w="100" w:type="dxa"/>
              <w:right w:w="120" w:type="dxa"/>
            </w:tcMar>
            <w:vAlign w:val="center"/>
          </w:tcPr>
          <w:p w14:paraId="66CE6F3B" w14:textId="77777777" w:rsidR="00E77DE9" w:rsidRDefault="00000000">
            <w:pPr>
              <w:keepLines/>
              <w:spacing w:after="0"/>
            </w:pPr>
            <w:r>
              <w:rPr>
                <w:sz w:val="19"/>
              </w:rPr>
              <w:t>☐</w:t>
            </w:r>
          </w:p>
        </w:tc>
        <w:tc>
          <w:tcPr>
            <w:tcW w:w="4176" w:type="dxa"/>
            <w:shd w:val="clear" w:color="auto" w:fill="F3F6FA"/>
            <w:tcMar>
              <w:top w:w="100" w:type="dxa"/>
              <w:left w:w="120" w:type="dxa"/>
              <w:bottom w:w="100" w:type="dxa"/>
              <w:right w:w="120" w:type="dxa"/>
            </w:tcMar>
            <w:vAlign w:val="center"/>
          </w:tcPr>
          <w:p w14:paraId="188E253E" w14:textId="77777777" w:rsidR="00E77DE9" w:rsidRDefault="00E77DE9">
            <w:pPr>
              <w:keepLines/>
              <w:spacing w:after="0"/>
            </w:pPr>
          </w:p>
        </w:tc>
      </w:tr>
      <w:tr w:rsidR="00E77DE9" w14:paraId="01329732" w14:textId="77777777">
        <w:trPr>
          <w:jc w:val="center"/>
        </w:trPr>
        <w:tc>
          <w:tcPr>
            <w:tcW w:w="4464" w:type="dxa"/>
            <w:tcMar>
              <w:top w:w="100" w:type="dxa"/>
              <w:left w:w="120" w:type="dxa"/>
              <w:bottom w:w="100" w:type="dxa"/>
              <w:right w:w="120" w:type="dxa"/>
            </w:tcMar>
            <w:vAlign w:val="center"/>
          </w:tcPr>
          <w:p w14:paraId="0DBD95BB" w14:textId="77777777" w:rsidR="00E77DE9" w:rsidRDefault="00000000">
            <w:pPr>
              <w:keepLines/>
              <w:spacing w:after="0"/>
            </w:pPr>
            <w:r>
              <w:rPr>
                <w:sz w:val="19"/>
              </w:rPr>
              <w:t>Steerage was comfortable and hygienic.</w:t>
            </w:r>
          </w:p>
        </w:tc>
        <w:tc>
          <w:tcPr>
            <w:tcW w:w="576" w:type="dxa"/>
            <w:tcMar>
              <w:top w:w="100" w:type="dxa"/>
              <w:left w:w="120" w:type="dxa"/>
              <w:bottom w:w="100" w:type="dxa"/>
              <w:right w:w="120" w:type="dxa"/>
            </w:tcMar>
            <w:vAlign w:val="center"/>
          </w:tcPr>
          <w:p w14:paraId="3D25DA2F" w14:textId="77777777" w:rsidR="00E77DE9" w:rsidRDefault="00000000">
            <w:pPr>
              <w:keepLines/>
              <w:spacing w:after="0"/>
            </w:pPr>
            <w:r>
              <w:rPr>
                <w:sz w:val="19"/>
              </w:rPr>
              <w:t>☐</w:t>
            </w:r>
          </w:p>
        </w:tc>
        <w:tc>
          <w:tcPr>
            <w:tcW w:w="576" w:type="dxa"/>
            <w:tcMar>
              <w:top w:w="100" w:type="dxa"/>
              <w:left w:w="120" w:type="dxa"/>
              <w:bottom w:w="100" w:type="dxa"/>
              <w:right w:w="120" w:type="dxa"/>
            </w:tcMar>
            <w:vAlign w:val="center"/>
          </w:tcPr>
          <w:p w14:paraId="70302034" w14:textId="77777777" w:rsidR="00E77DE9" w:rsidRDefault="00000000">
            <w:pPr>
              <w:keepLines/>
              <w:spacing w:after="0"/>
            </w:pPr>
            <w:r>
              <w:rPr>
                <w:sz w:val="19"/>
              </w:rPr>
              <w:t>☐</w:t>
            </w:r>
          </w:p>
        </w:tc>
        <w:tc>
          <w:tcPr>
            <w:tcW w:w="4176" w:type="dxa"/>
            <w:tcMar>
              <w:top w:w="100" w:type="dxa"/>
              <w:left w:w="120" w:type="dxa"/>
              <w:bottom w:w="100" w:type="dxa"/>
              <w:right w:w="120" w:type="dxa"/>
            </w:tcMar>
            <w:vAlign w:val="center"/>
          </w:tcPr>
          <w:p w14:paraId="015050A6" w14:textId="77777777" w:rsidR="00E77DE9" w:rsidRDefault="00E77DE9">
            <w:pPr>
              <w:keepLines/>
              <w:spacing w:after="0"/>
            </w:pPr>
          </w:p>
        </w:tc>
      </w:tr>
      <w:tr w:rsidR="00E77DE9" w14:paraId="49F218D2" w14:textId="77777777">
        <w:trPr>
          <w:jc w:val="center"/>
        </w:trPr>
        <w:tc>
          <w:tcPr>
            <w:tcW w:w="4464" w:type="dxa"/>
            <w:shd w:val="clear" w:color="auto" w:fill="F3F6FA"/>
            <w:tcMar>
              <w:top w:w="100" w:type="dxa"/>
              <w:left w:w="120" w:type="dxa"/>
              <w:bottom w:w="100" w:type="dxa"/>
              <w:right w:w="120" w:type="dxa"/>
            </w:tcMar>
            <w:vAlign w:val="center"/>
          </w:tcPr>
          <w:p w14:paraId="0CDF170F" w14:textId="77777777" w:rsidR="00E77DE9" w:rsidRDefault="00000000">
            <w:pPr>
              <w:keepLines/>
              <w:spacing w:after="0"/>
            </w:pPr>
            <w:r>
              <w:rPr>
                <w:sz w:val="19"/>
              </w:rPr>
              <w:t>Morris nevertheless experienced the journey as an adventure.</w:t>
            </w:r>
          </w:p>
        </w:tc>
        <w:tc>
          <w:tcPr>
            <w:tcW w:w="576" w:type="dxa"/>
            <w:shd w:val="clear" w:color="auto" w:fill="F3F6FA"/>
            <w:tcMar>
              <w:top w:w="100" w:type="dxa"/>
              <w:left w:w="120" w:type="dxa"/>
              <w:bottom w:w="100" w:type="dxa"/>
              <w:right w:w="120" w:type="dxa"/>
            </w:tcMar>
            <w:vAlign w:val="center"/>
          </w:tcPr>
          <w:p w14:paraId="65845AC5" w14:textId="77777777" w:rsidR="00E77DE9" w:rsidRDefault="00000000">
            <w:pPr>
              <w:keepLines/>
              <w:spacing w:after="0"/>
            </w:pPr>
            <w:r>
              <w:rPr>
                <w:sz w:val="19"/>
              </w:rPr>
              <w:t>☐</w:t>
            </w:r>
          </w:p>
        </w:tc>
        <w:tc>
          <w:tcPr>
            <w:tcW w:w="576" w:type="dxa"/>
            <w:shd w:val="clear" w:color="auto" w:fill="F3F6FA"/>
            <w:tcMar>
              <w:top w:w="100" w:type="dxa"/>
              <w:left w:w="120" w:type="dxa"/>
              <w:bottom w:w="100" w:type="dxa"/>
              <w:right w:w="120" w:type="dxa"/>
            </w:tcMar>
            <w:vAlign w:val="center"/>
          </w:tcPr>
          <w:p w14:paraId="219B3199" w14:textId="77777777" w:rsidR="00E77DE9" w:rsidRDefault="00000000">
            <w:pPr>
              <w:keepLines/>
              <w:spacing w:after="0"/>
            </w:pPr>
            <w:r>
              <w:rPr>
                <w:sz w:val="19"/>
              </w:rPr>
              <w:t>☐</w:t>
            </w:r>
          </w:p>
        </w:tc>
        <w:tc>
          <w:tcPr>
            <w:tcW w:w="4176" w:type="dxa"/>
            <w:shd w:val="clear" w:color="auto" w:fill="F3F6FA"/>
            <w:tcMar>
              <w:top w:w="100" w:type="dxa"/>
              <w:left w:w="120" w:type="dxa"/>
              <w:bottom w:w="100" w:type="dxa"/>
              <w:right w:w="120" w:type="dxa"/>
            </w:tcMar>
            <w:vAlign w:val="center"/>
          </w:tcPr>
          <w:p w14:paraId="59CA88E1" w14:textId="1E943D2C" w:rsidR="00E77DE9" w:rsidRDefault="00E77DE9">
            <w:pPr>
              <w:keepLines/>
              <w:spacing w:after="0"/>
            </w:pPr>
          </w:p>
        </w:tc>
      </w:tr>
    </w:tbl>
    <w:p w14:paraId="4432427C" w14:textId="2E85771C" w:rsidR="00E77DE9" w:rsidRPr="004175E9" w:rsidRDefault="00000000">
      <w:pPr>
        <w:spacing w:before="140" w:after="60"/>
      </w:pPr>
      <w:r w:rsidRPr="004175E9">
        <w:rPr>
          <w:b/>
          <w:color w:val="17365D"/>
          <w:sz w:val="24"/>
        </w:rPr>
        <w:t>3</w:t>
      </w:r>
      <w:r w:rsidR="00DD5609" w:rsidRPr="004175E9">
        <w:rPr>
          <w:b/>
          <w:color w:val="17365D"/>
          <w:sz w:val="24"/>
        </w:rPr>
        <w:t>)</w:t>
      </w:r>
      <w:r w:rsidRPr="004175E9">
        <w:rPr>
          <w:b/>
          <w:color w:val="17365D"/>
          <w:sz w:val="24"/>
        </w:rPr>
        <w:t xml:space="preserve">  Interpret the testimony</w:t>
      </w:r>
    </w:p>
    <w:p w14:paraId="572D600B" w14:textId="538A244D" w:rsidR="00E77DE9" w:rsidRDefault="00000000">
      <w:r>
        <w:t xml:space="preserve">Was Morris’s experience </w:t>
      </w:r>
      <w:r w:rsidR="00791B95">
        <w:t>rather</w:t>
      </w:r>
      <w:r>
        <w:t xml:space="preserve"> positive or negative? Give a balanced answer</w:t>
      </w:r>
      <w:r w:rsidR="00F84542">
        <w:t xml:space="preserve">, using </w:t>
      </w:r>
      <w:r w:rsidRPr="00F84542">
        <w:rPr>
          <w:i/>
          <w:iCs/>
        </w:rPr>
        <w:t>however</w:t>
      </w:r>
      <w:r>
        <w:t xml:space="preserve"> and two pieces of evidence.</w:t>
      </w:r>
    </w:p>
    <w:p w14:paraId="02CA6D67" w14:textId="04EC40D5" w:rsidR="00E77DE9" w:rsidRDefault="00000000">
      <w:r>
        <w:t>The material conditions were ________________________________. However, Morris ____________________________________________.</w:t>
      </w:r>
    </w:p>
    <w:p w14:paraId="7D06647E" w14:textId="55F4D581" w:rsidR="00E77DE9" w:rsidRPr="004175E9" w:rsidRDefault="00000000">
      <w:pPr>
        <w:spacing w:before="140" w:after="60"/>
      </w:pPr>
      <w:r w:rsidRPr="004175E9">
        <w:rPr>
          <w:b/>
          <w:color w:val="17365D"/>
          <w:sz w:val="24"/>
        </w:rPr>
        <w:t>4</w:t>
      </w:r>
      <w:r w:rsidR="00DD5609" w:rsidRPr="004175E9">
        <w:rPr>
          <w:b/>
          <w:color w:val="17365D"/>
          <w:sz w:val="24"/>
        </w:rPr>
        <w:t>)</w:t>
      </w:r>
      <w:r w:rsidRPr="004175E9">
        <w:rPr>
          <w:b/>
          <w:color w:val="17365D"/>
          <w:sz w:val="24"/>
        </w:rPr>
        <w:t xml:space="preserve">  Language detective</w:t>
      </w:r>
      <w:r w:rsidR="00B44719">
        <w:rPr>
          <w:b/>
          <w:color w:val="17365D"/>
          <w:sz w:val="24"/>
        </w:rPr>
        <w:t xml:space="preserve">: </w:t>
      </w:r>
      <w:r w:rsidRPr="004175E9">
        <w:rPr>
          <w:b/>
          <w:color w:val="17365D"/>
          <w:sz w:val="24"/>
        </w:rPr>
        <w:t>The simple past</w:t>
      </w:r>
    </w:p>
    <w:p w14:paraId="794A209E" w14:textId="1F3A2951" w:rsidR="00E77DE9" w:rsidRDefault="00000000">
      <w:r>
        <w:t>Find six simple-past verbs in the transcript. Then sort them.</w:t>
      </w:r>
    </w:p>
    <w:tbl>
      <w:tblPr>
        <w:tblStyle w:val="TableGrid"/>
        <w:tblW w:w="0" w:type="auto"/>
        <w:jc w:val="center"/>
        <w:tblLook w:val="04A0" w:firstRow="1" w:lastRow="0" w:firstColumn="1" w:lastColumn="0" w:noHBand="0" w:noVBand="1"/>
      </w:tblPr>
      <w:tblGrid>
        <w:gridCol w:w="4896"/>
        <w:gridCol w:w="4896"/>
      </w:tblGrid>
      <w:tr w:rsidR="00E77DE9" w14:paraId="14740359" w14:textId="77777777">
        <w:trPr>
          <w:tblHeader/>
          <w:jc w:val="center"/>
        </w:trPr>
        <w:tc>
          <w:tcPr>
            <w:tcW w:w="4896" w:type="dxa"/>
            <w:shd w:val="clear" w:color="auto" w:fill="17365D"/>
            <w:tcMar>
              <w:top w:w="100" w:type="dxa"/>
              <w:left w:w="120" w:type="dxa"/>
              <w:bottom w:w="100" w:type="dxa"/>
              <w:right w:w="120" w:type="dxa"/>
            </w:tcMar>
            <w:vAlign w:val="center"/>
          </w:tcPr>
          <w:p w14:paraId="2BD24E80" w14:textId="77777777" w:rsidR="00E77DE9" w:rsidRDefault="00000000">
            <w:pPr>
              <w:keepLines/>
              <w:jc w:val="center"/>
            </w:pPr>
            <w:r>
              <w:rPr>
                <w:b/>
                <w:color w:val="FFFFFF"/>
                <w:sz w:val="19"/>
              </w:rPr>
              <w:t>Regular verbs</w:t>
            </w:r>
          </w:p>
        </w:tc>
        <w:tc>
          <w:tcPr>
            <w:tcW w:w="4896" w:type="dxa"/>
            <w:shd w:val="clear" w:color="auto" w:fill="17365D"/>
            <w:tcMar>
              <w:top w:w="100" w:type="dxa"/>
              <w:left w:w="120" w:type="dxa"/>
              <w:bottom w:w="100" w:type="dxa"/>
              <w:right w:w="120" w:type="dxa"/>
            </w:tcMar>
            <w:vAlign w:val="center"/>
          </w:tcPr>
          <w:p w14:paraId="3E1A5D24" w14:textId="7CA17266" w:rsidR="00E77DE9" w:rsidRDefault="00000000">
            <w:pPr>
              <w:keepLines/>
              <w:jc w:val="center"/>
            </w:pPr>
            <w:r>
              <w:rPr>
                <w:b/>
                <w:color w:val="FFFFFF"/>
                <w:sz w:val="19"/>
              </w:rPr>
              <w:t>Irregular verbs</w:t>
            </w:r>
          </w:p>
        </w:tc>
      </w:tr>
      <w:tr w:rsidR="00E77DE9" w14:paraId="2422DED3" w14:textId="77777777">
        <w:trPr>
          <w:jc w:val="center"/>
        </w:trPr>
        <w:tc>
          <w:tcPr>
            <w:tcW w:w="4896" w:type="dxa"/>
            <w:tcMar>
              <w:top w:w="100" w:type="dxa"/>
              <w:left w:w="120" w:type="dxa"/>
              <w:bottom w:w="100" w:type="dxa"/>
              <w:right w:w="120" w:type="dxa"/>
            </w:tcMar>
            <w:vAlign w:val="center"/>
          </w:tcPr>
          <w:p w14:paraId="41B13BEF" w14:textId="77777777" w:rsidR="00E77DE9" w:rsidRDefault="00000000">
            <w:pPr>
              <w:keepLines/>
              <w:spacing w:after="0"/>
            </w:pPr>
            <w:r>
              <w:rPr>
                <w:sz w:val="19"/>
              </w:rPr>
              <w:t>________________________</w:t>
            </w:r>
          </w:p>
        </w:tc>
        <w:tc>
          <w:tcPr>
            <w:tcW w:w="4896" w:type="dxa"/>
            <w:tcMar>
              <w:top w:w="100" w:type="dxa"/>
              <w:left w:w="120" w:type="dxa"/>
              <w:bottom w:w="100" w:type="dxa"/>
              <w:right w:w="120" w:type="dxa"/>
            </w:tcMar>
            <w:vAlign w:val="center"/>
          </w:tcPr>
          <w:p w14:paraId="4755080E" w14:textId="77777777" w:rsidR="00E77DE9" w:rsidRDefault="00000000">
            <w:pPr>
              <w:keepLines/>
              <w:spacing w:after="0"/>
            </w:pPr>
            <w:r>
              <w:rPr>
                <w:sz w:val="19"/>
              </w:rPr>
              <w:t>________________________</w:t>
            </w:r>
          </w:p>
        </w:tc>
      </w:tr>
      <w:tr w:rsidR="00E77DE9" w14:paraId="7EBBF4C5" w14:textId="77777777">
        <w:trPr>
          <w:jc w:val="center"/>
        </w:trPr>
        <w:tc>
          <w:tcPr>
            <w:tcW w:w="4896" w:type="dxa"/>
            <w:shd w:val="clear" w:color="auto" w:fill="F3F6FA"/>
            <w:tcMar>
              <w:top w:w="100" w:type="dxa"/>
              <w:left w:w="120" w:type="dxa"/>
              <w:bottom w:w="100" w:type="dxa"/>
              <w:right w:w="120" w:type="dxa"/>
            </w:tcMar>
            <w:vAlign w:val="center"/>
          </w:tcPr>
          <w:p w14:paraId="68CB010B" w14:textId="77777777" w:rsidR="00E77DE9" w:rsidRDefault="00000000">
            <w:pPr>
              <w:keepLines/>
              <w:spacing w:after="0"/>
            </w:pPr>
            <w:r>
              <w:rPr>
                <w:sz w:val="19"/>
              </w:rPr>
              <w:t>________________________</w:t>
            </w:r>
          </w:p>
        </w:tc>
        <w:tc>
          <w:tcPr>
            <w:tcW w:w="4896" w:type="dxa"/>
            <w:shd w:val="clear" w:color="auto" w:fill="F3F6FA"/>
            <w:tcMar>
              <w:top w:w="100" w:type="dxa"/>
              <w:left w:w="120" w:type="dxa"/>
              <w:bottom w:w="100" w:type="dxa"/>
              <w:right w:w="120" w:type="dxa"/>
            </w:tcMar>
            <w:vAlign w:val="center"/>
          </w:tcPr>
          <w:p w14:paraId="4EF3EC45" w14:textId="77777777" w:rsidR="00E77DE9" w:rsidRDefault="00000000">
            <w:pPr>
              <w:keepLines/>
              <w:spacing w:after="0"/>
            </w:pPr>
            <w:r>
              <w:rPr>
                <w:sz w:val="19"/>
              </w:rPr>
              <w:t>________________________</w:t>
            </w:r>
          </w:p>
        </w:tc>
      </w:tr>
      <w:tr w:rsidR="00E77DE9" w14:paraId="1E75E14B" w14:textId="77777777">
        <w:trPr>
          <w:jc w:val="center"/>
        </w:trPr>
        <w:tc>
          <w:tcPr>
            <w:tcW w:w="4896" w:type="dxa"/>
            <w:tcMar>
              <w:top w:w="100" w:type="dxa"/>
              <w:left w:w="120" w:type="dxa"/>
              <w:bottom w:w="100" w:type="dxa"/>
              <w:right w:w="120" w:type="dxa"/>
            </w:tcMar>
            <w:vAlign w:val="center"/>
          </w:tcPr>
          <w:p w14:paraId="0BAA2461" w14:textId="77777777" w:rsidR="00E77DE9" w:rsidRDefault="00000000">
            <w:pPr>
              <w:keepLines/>
              <w:spacing w:after="0"/>
            </w:pPr>
            <w:r>
              <w:rPr>
                <w:sz w:val="19"/>
              </w:rPr>
              <w:t>________________________</w:t>
            </w:r>
          </w:p>
        </w:tc>
        <w:tc>
          <w:tcPr>
            <w:tcW w:w="4896" w:type="dxa"/>
            <w:tcMar>
              <w:top w:w="100" w:type="dxa"/>
              <w:left w:w="120" w:type="dxa"/>
              <w:bottom w:w="100" w:type="dxa"/>
              <w:right w:w="120" w:type="dxa"/>
            </w:tcMar>
            <w:vAlign w:val="center"/>
          </w:tcPr>
          <w:p w14:paraId="194245A1" w14:textId="5A4BE92C" w:rsidR="00E77DE9" w:rsidRDefault="00000000">
            <w:pPr>
              <w:keepLines/>
              <w:spacing w:after="0"/>
            </w:pPr>
            <w:r>
              <w:rPr>
                <w:sz w:val="19"/>
              </w:rPr>
              <w:t>________________________</w:t>
            </w:r>
          </w:p>
        </w:tc>
      </w:tr>
    </w:tbl>
    <w:p w14:paraId="563E692A" w14:textId="05D54395" w:rsidR="00E77DE9" w:rsidRPr="004175E9" w:rsidRDefault="00000000">
      <w:pPr>
        <w:spacing w:before="140" w:after="60"/>
      </w:pPr>
      <w:r w:rsidRPr="004175E9">
        <w:rPr>
          <w:b/>
          <w:color w:val="17365D"/>
          <w:sz w:val="24"/>
        </w:rPr>
        <w:t>5</w:t>
      </w:r>
      <w:r w:rsidR="00DD5609" w:rsidRPr="004175E9">
        <w:rPr>
          <w:b/>
          <w:color w:val="17365D"/>
          <w:sz w:val="24"/>
        </w:rPr>
        <w:t>)</w:t>
      </w:r>
      <w:r w:rsidRPr="004175E9">
        <w:rPr>
          <w:b/>
          <w:color w:val="17365D"/>
          <w:sz w:val="24"/>
        </w:rPr>
        <w:t xml:space="preserve">  Cause and consequence</w:t>
      </w:r>
    </w:p>
    <w:p w14:paraId="3355527D" w14:textId="01B07A5E" w:rsidR="00E77DE9" w:rsidRDefault="00000000">
      <w:r>
        <w:t>Complete the sentences in your own words.</w:t>
      </w:r>
      <w:r w:rsidR="00E732A6" w:rsidRPr="00E732A6">
        <w:rPr>
          <w:noProof/>
        </w:rPr>
        <w:t xml:space="preserve"> </w:t>
      </w:r>
    </w:p>
    <w:p w14:paraId="6B4A6444" w14:textId="1CE752E3" w:rsidR="00E77DE9" w:rsidRDefault="00E732A6">
      <w:r>
        <w:t xml:space="preserve">Morris was amazed </w:t>
      </w:r>
      <w:r w:rsidRPr="00710C41">
        <w:rPr>
          <w:i/>
          <w:iCs/>
        </w:rPr>
        <w:t>because</w:t>
      </w:r>
      <w:r>
        <w:t xml:space="preserve"> ________________________________________________________</w:t>
      </w:r>
      <w:r w:rsidR="007069C1">
        <w:t>.</w:t>
      </w:r>
    </w:p>
    <w:p w14:paraId="1FF58342" w14:textId="678DA5D0" w:rsidR="00862040" w:rsidRDefault="00000000">
      <w:r>
        <w:t xml:space="preserve">The family travelled in steerage; </w:t>
      </w:r>
      <w:r w:rsidRPr="00710C41">
        <w:rPr>
          <w:i/>
          <w:iCs/>
        </w:rPr>
        <w:t>therefore</w:t>
      </w:r>
      <w:r>
        <w:t>, ___________________________________________</w:t>
      </w:r>
      <w:r w:rsidR="007069C1">
        <w:t>.</w:t>
      </w:r>
    </w:p>
    <w:p w14:paraId="401EFE6B" w14:textId="6DFFEBA3" w:rsidR="00862040" w:rsidRDefault="00D21E22">
      <w:pPr>
        <w:spacing w:after="200"/>
      </w:pPr>
      <w:r>
        <w:rPr>
          <w:noProof/>
        </w:rPr>
        <w:drawing>
          <wp:anchor distT="0" distB="0" distL="114300" distR="114300" simplePos="0" relativeHeight="251670528" behindDoc="0" locked="0" layoutInCell="1" allowOverlap="1" wp14:anchorId="2EB347C4" wp14:editId="59C75E6E">
            <wp:simplePos x="0" y="0"/>
            <wp:positionH relativeFrom="margin">
              <wp:posOffset>5225775</wp:posOffset>
            </wp:positionH>
            <wp:positionV relativeFrom="paragraph">
              <wp:posOffset>527387</wp:posOffset>
            </wp:positionV>
            <wp:extent cx="1060450" cy="629920"/>
            <wp:effectExtent l="0" t="0" r="6350" b="0"/>
            <wp:wrapNone/>
            <wp:docPr id="158897271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29920"/>
                    </a:xfrm>
                    <a:prstGeom prst="rect">
                      <a:avLst/>
                    </a:prstGeom>
                  </pic:spPr>
                </pic:pic>
              </a:graphicData>
            </a:graphic>
            <wp14:sizeRelH relativeFrom="margin">
              <wp14:pctWidth>0</wp14:pctWidth>
            </wp14:sizeRelH>
            <wp14:sizeRelV relativeFrom="margin">
              <wp14:pctHeight>0</wp14:pctHeight>
            </wp14:sizeRelV>
          </wp:anchor>
        </w:drawing>
      </w:r>
      <w:r w:rsidR="00862040">
        <w:br w:type="page"/>
      </w:r>
    </w:p>
    <w:p w14:paraId="139573F1" w14:textId="58F5BA5D" w:rsidR="00E77DE9" w:rsidRDefault="00E77DE9"/>
    <w:p w14:paraId="76C79AAC" w14:textId="79DEA8D5" w:rsidR="00EF0289" w:rsidRPr="00EF0289" w:rsidRDefault="00EF0289" w:rsidP="00EF0289">
      <w:pPr>
        <w:pStyle w:val="ListParagraph"/>
        <w:numPr>
          <w:ilvl w:val="0"/>
          <w:numId w:val="10"/>
        </w:numPr>
        <w:spacing w:before="140" w:after="60"/>
        <w:rPr>
          <w:b/>
          <w:color w:val="17365D"/>
          <w:sz w:val="24"/>
          <w:lang w:val="fr-FR"/>
        </w:rPr>
      </w:pPr>
      <w:r w:rsidRPr="00EF0289">
        <w:rPr>
          <w:b/>
          <w:color w:val="17365D"/>
          <w:sz w:val="24"/>
          <w:lang w:val="fr-FR"/>
        </w:rPr>
        <w:t xml:space="preserve">Quelle est la différence entre </w:t>
      </w:r>
      <w:r w:rsidR="00C86405">
        <w:rPr>
          <w:b/>
          <w:color w:val="17365D"/>
          <w:sz w:val="24"/>
          <w:lang w:val="fr-FR"/>
        </w:rPr>
        <w:t>« </w:t>
      </w:r>
      <w:proofErr w:type="spellStart"/>
      <w:r w:rsidRPr="00EF0289">
        <w:rPr>
          <w:b/>
          <w:i/>
          <w:iCs/>
          <w:color w:val="17365D"/>
          <w:sz w:val="24"/>
          <w:lang w:val="fr-FR"/>
        </w:rPr>
        <w:t>because</w:t>
      </w:r>
      <w:proofErr w:type="spellEnd"/>
      <w:r w:rsidR="00C86405">
        <w:rPr>
          <w:b/>
          <w:i/>
          <w:iCs/>
          <w:color w:val="17365D"/>
          <w:sz w:val="24"/>
          <w:lang w:val="fr-FR"/>
        </w:rPr>
        <w:t> »</w:t>
      </w:r>
      <w:r w:rsidRPr="00EF0289">
        <w:rPr>
          <w:b/>
          <w:color w:val="17365D"/>
          <w:sz w:val="24"/>
          <w:lang w:val="fr-FR"/>
        </w:rPr>
        <w:t xml:space="preserve"> et </w:t>
      </w:r>
      <w:r w:rsidR="00C86405">
        <w:rPr>
          <w:b/>
          <w:color w:val="17365D"/>
          <w:sz w:val="24"/>
          <w:lang w:val="fr-FR"/>
        </w:rPr>
        <w:t>« </w:t>
      </w:r>
      <w:proofErr w:type="spellStart"/>
      <w:r w:rsidRPr="00EF0289">
        <w:rPr>
          <w:b/>
          <w:i/>
          <w:iCs/>
          <w:color w:val="17365D"/>
          <w:sz w:val="24"/>
          <w:lang w:val="fr-FR"/>
        </w:rPr>
        <w:t>therefore</w:t>
      </w:r>
      <w:proofErr w:type="spellEnd"/>
      <w:r w:rsidR="00C86405">
        <w:rPr>
          <w:b/>
          <w:i/>
          <w:iCs/>
          <w:color w:val="17365D"/>
          <w:sz w:val="24"/>
          <w:lang w:val="fr-FR"/>
        </w:rPr>
        <w:t> »</w:t>
      </w:r>
      <w:r w:rsidRPr="00EF0289">
        <w:rPr>
          <w:b/>
          <w:i/>
          <w:iCs/>
          <w:color w:val="17365D"/>
          <w:sz w:val="24"/>
          <w:lang w:val="fr-FR"/>
        </w:rPr>
        <w:t> </w:t>
      </w:r>
      <w:r w:rsidRPr="00EF0289">
        <w:rPr>
          <w:b/>
          <w:color w:val="17365D"/>
          <w:sz w:val="24"/>
          <w:lang w:val="fr-FR"/>
        </w:rPr>
        <w:t>?</w:t>
      </w:r>
    </w:p>
    <w:p w14:paraId="76D25883" w14:textId="5773E2AB" w:rsidR="00EF0289" w:rsidRPr="009A49CD" w:rsidRDefault="00EF0289">
      <w:pPr>
        <w:spacing w:before="140" w:after="60"/>
        <w:rPr>
          <w:b/>
          <w:color w:val="17365D"/>
          <w:sz w:val="24"/>
          <w:u w:val="single"/>
        </w:rPr>
      </w:pPr>
      <w:r>
        <w:t>__________________________________________________________________________________________</w:t>
      </w:r>
    </w:p>
    <w:p w14:paraId="28B94CE0" w14:textId="6E921F4C" w:rsidR="00E77DE9" w:rsidRPr="004175E9" w:rsidRDefault="00000000">
      <w:pPr>
        <w:spacing w:before="140" w:after="60"/>
      </w:pPr>
      <w:r w:rsidRPr="004175E9">
        <w:rPr>
          <w:b/>
          <w:color w:val="17365D"/>
          <w:sz w:val="24"/>
        </w:rPr>
        <w:t>6</w:t>
      </w:r>
      <w:r w:rsidR="00DD5609" w:rsidRPr="004175E9">
        <w:rPr>
          <w:b/>
          <w:color w:val="17365D"/>
          <w:sz w:val="24"/>
        </w:rPr>
        <w:t>)</w:t>
      </w:r>
      <w:r w:rsidRPr="004175E9">
        <w:rPr>
          <w:b/>
          <w:color w:val="17365D"/>
          <w:sz w:val="24"/>
        </w:rPr>
        <w:t xml:space="preserve">  Pronunciation</w:t>
      </w:r>
      <w:r w:rsidR="00DD5609" w:rsidRPr="004175E9">
        <w:rPr>
          <w:b/>
          <w:color w:val="17365D"/>
          <w:sz w:val="24"/>
        </w:rPr>
        <w:t>:</w:t>
      </w:r>
      <w:r w:rsidRPr="004175E9">
        <w:rPr>
          <w:b/>
          <w:color w:val="17365D"/>
          <w:sz w:val="24"/>
        </w:rPr>
        <w:t xml:space="preserve">  Final ed</w:t>
      </w:r>
    </w:p>
    <w:p w14:paraId="67C6F54E" w14:textId="77777777" w:rsidR="00E77DE9" w:rsidRDefault="00000000">
      <w:r>
        <w:t xml:space="preserve">Listen, repeat and place each word in the correct column: </w:t>
      </w:r>
      <w:r w:rsidRPr="00D05E1D">
        <w:rPr>
          <w:i/>
          <w:iCs/>
        </w:rPr>
        <w:t>chased • confined • permitted • started.</w:t>
      </w:r>
    </w:p>
    <w:tbl>
      <w:tblPr>
        <w:tblStyle w:val="TableGrid"/>
        <w:tblW w:w="0" w:type="auto"/>
        <w:jc w:val="center"/>
        <w:tblLook w:val="04A0" w:firstRow="1" w:lastRow="0" w:firstColumn="1" w:lastColumn="0" w:noHBand="0" w:noVBand="1"/>
      </w:tblPr>
      <w:tblGrid>
        <w:gridCol w:w="3240"/>
        <w:gridCol w:w="3240"/>
        <w:gridCol w:w="3312"/>
      </w:tblGrid>
      <w:tr w:rsidR="00E77DE9" w14:paraId="67EF4268" w14:textId="77777777">
        <w:trPr>
          <w:tblHeader/>
          <w:jc w:val="center"/>
        </w:trPr>
        <w:tc>
          <w:tcPr>
            <w:tcW w:w="3240" w:type="dxa"/>
            <w:shd w:val="clear" w:color="auto" w:fill="17365D"/>
            <w:tcMar>
              <w:top w:w="100" w:type="dxa"/>
              <w:left w:w="120" w:type="dxa"/>
              <w:bottom w:w="100" w:type="dxa"/>
              <w:right w:w="120" w:type="dxa"/>
            </w:tcMar>
            <w:vAlign w:val="center"/>
          </w:tcPr>
          <w:p w14:paraId="56BD998F" w14:textId="77777777" w:rsidR="00E77DE9" w:rsidRDefault="00000000">
            <w:pPr>
              <w:keepLines/>
              <w:jc w:val="center"/>
            </w:pPr>
            <w:r>
              <w:rPr>
                <w:b/>
                <w:color w:val="FFFFFF"/>
                <w:sz w:val="19"/>
              </w:rPr>
              <w:t>/t/</w:t>
            </w:r>
          </w:p>
        </w:tc>
        <w:tc>
          <w:tcPr>
            <w:tcW w:w="3240" w:type="dxa"/>
            <w:shd w:val="clear" w:color="auto" w:fill="17365D"/>
            <w:tcMar>
              <w:top w:w="100" w:type="dxa"/>
              <w:left w:w="120" w:type="dxa"/>
              <w:bottom w:w="100" w:type="dxa"/>
              <w:right w:w="120" w:type="dxa"/>
            </w:tcMar>
            <w:vAlign w:val="center"/>
          </w:tcPr>
          <w:p w14:paraId="42B8F630" w14:textId="77777777" w:rsidR="00E77DE9" w:rsidRDefault="00000000">
            <w:pPr>
              <w:keepLines/>
              <w:jc w:val="center"/>
            </w:pPr>
            <w:r>
              <w:rPr>
                <w:b/>
                <w:color w:val="FFFFFF"/>
                <w:sz w:val="19"/>
              </w:rPr>
              <w:t>/d/</w:t>
            </w:r>
          </w:p>
        </w:tc>
        <w:tc>
          <w:tcPr>
            <w:tcW w:w="3312" w:type="dxa"/>
            <w:shd w:val="clear" w:color="auto" w:fill="17365D"/>
            <w:tcMar>
              <w:top w:w="100" w:type="dxa"/>
              <w:left w:w="120" w:type="dxa"/>
              <w:bottom w:w="100" w:type="dxa"/>
              <w:right w:w="120" w:type="dxa"/>
            </w:tcMar>
            <w:vAlign w:val="center"/>
          </w:tcPr>
          <w:p w14:paraId="4CC97736" w14:textId="77777777" w:rsidR="00E77DE9" w:rsidRDefault="00000000">
            <w:pPr>
              <w:keepLines/>
              <w:jc w:val="center"/>
            </w:pPr>
            <w:r>
              <w:rPr>
                <w:b/>
                <w:color w:val="FFFFFF"/>
                <w:sz w:val="19"/>
              </w:rPr>
              <w:t>/</w:t>
            </w:r>
            <w:proofErr w:type="spellStart"/>
            <w:r>
              <w:rPr>
                <w:b/>
                <w:color w:val="FFFFFF"/>
                <w:sz w:val="19"/>
              </w:rPr>
              <w:t>ɪd</w:t>
            </w:r>
            <w:proofErr w:type="spellEnd"/>
            <w:r>
              <w:rPr>
                <w:b/>
                <w:color w:val="FFFFFF"/>
                <w:sz w:val="19"/>
              </w:rPr>
              <w:t>/</w:t>
            </w:r>
          </w:p>
        </w:tc>
      </w:tr>
      <w:tr w:rsidR="00E77DE9" w14:paraId="0CB12C56" w14:textId="77777777">
        <w:trPr>
          <w:jc w:val="center"/>
        </w:trPr>
        <w:tc>
          <w:tcPr>
            <w:tcW w:w="3240" w:type="dxa"/>
            <w:tcMar>
              <w:top w:w="100" w:type="dxa"/>
              <w:left w:w="120" w:type="dxa"/>
              <w:bottom w:w="100" w:type="dxa"/>
              <w:right w:w="120" w:type="dxa"/>
            </w:tcMar>
            <w:vAlign w:val="center"/>
          </w:tcPr>
          <w:p w14:paraId="60D39048" w14:textId="77777777" w:rsidR="00E77DE9" w:rsidRDefault="00E77DE9">
            <w:pPr>
              <w:keepLines/>
              <w:spacing w:after="0"/>
            </w:pPr>
          </w:p>
        </w:tc>
        <w:tc>
          <w:tcPr>
            <w:tcW w:w="3240" w:type="dxa"/>
            <w:tcMar>
              <w:top w:w="100" w:type="dxa"/>
              <w:left w:w="120" w:type="dxa"/>
              <w:bottom w:w="100" w:type="dxa"/>
              <w:right w:w="120" w:type="dxa"/>
            </w:tcMar>
            <w:vAlign w:val="center"/>
          </w:tcPr>
          <w:p w14:paraId="2F5307B4" w14:textId="77777777" w:rsidR="00E77DE9" w:rsidRDefault="00E77DE9">
            <w:pPr>
              <w:keepLines/>
              <w:spacing w:after="0"/>
            </w:pPr>
          </w:p>
        </w:tc>
        <w:tc>
          <w:tcPr>
            <w:tcW w:w="3312" w:type="dxa"/>
            <w:tcMar>
              <w:top w:w="100" w:type="dxa"/>
              <w:left w:w="120" w:type="dxa"/>
              <w:bottom w:w="100" w:type="dxa"/>
              <w:right w:w="120" w:type="dxa"/>
            </w:tcMar>
            <w:vAlign w:val="center"/>
          </w:tcPr>
          <w:p w14:paraId="1F5B4D4C" w14:textId="77777777" w:rsidR="00E77DE9" w:rsidRDefault="00E77DE9">
            <w:pPr>
              <w:keepLines/>
              <w:spacing w:after="0"/>
            </w:pPr>
          </w:p>
        </w:tc>
      </w:tr>
      <w:tr w:rsidR="00E77DE9" w14:paraId="1AF874C6" w14:textId="77777777">
        <w:trPr>
          <w:jc w:val="center"/>
        </w:trPr>
        <w:tc>
          <w:tcPr>
            <w:tcW w:w="3240" w:type="dxa"/>
            <w:shd w:val="clear" w:color="auto" w:fill="F3F6FA"/>
            <w:tcMar>
              <w:top w:w="100" w:type="dxa"/>
              <w:left w:w="120" w:type="dxa"/>
              <w:bottom w:w="100" w:type="dxa"/>
              <w:right w:w="120" w:type="dxa"/>
            </w:tcMar>
            <w:vAlign w:val="center"/>
          </w:tcPr>
          <w:p w14:paraId="03FE9CEA" w14:textId="77777777" w:rsidR="00E77DE9" w:rsidRDefault="00E77DE9">
            <w:pPr>
              <w:keepLines/>
              <w:spacing w:after="0"/>
            </w:pPr>
          </w:p>
        </w:tc>
        <w:tc>
          <w:tcPr>
            <w:tcW w:w="3240" w:type="dxa"/>
            <w:shd w:val="clear" w:color="auto" w:fill="F3F6FA"/>
            <w:tcMar>
              <w:top w:w="100" w:type="dxa"/>
              <w:left w:w="120" w:type="dxa"/>
              <w:bottom w:w="100" w:type="dxa"/>
              <w:right w:w="120" w:type="dxa"/>
            </w:tcMar>
            <w:vAlign w:val="center"/>
          </w:tcPr>
          <w:p w14:paraId="59D65CED" w14:textId="77777777" w:rsidR="00E77DE9" w:rsidRDefault="00E77DE9">
            <w:pPr>
              <w:keepLines/>
              <w:spacing w:after="0"/>
            </w:pPr>
          </w:p>
        </w:tc>
        <w:tc>
          <w:tcPr>
            <w:tcW w:w="3312" w:type="dxa"/>
            <w:shd w:val="clear" w:color="auto" w:fill="F3F6FA"/>
            <w:tcMar>
              <w:top w:w="100" w:type="dxa"/>
              <w:left w:w="120" w:type="dxa"/>
              <w:bottom w:w="100" w:type="dxa"/>
              <w:right w:w="120" w:type="dxa"/>
            </w:tcMar>
            <w:vAlign w:val="center"/>
          </w:tcPr>
          <w:p w14:paraId="0FB7D87A" w14:textId="77777777" w:rsidR="00E77DE9" w:rsidRDefault="00E77DE9">
            <w:pPr>
              <w:keepLines/>
              <w:spacing w:after="0"/>
            </w:pPr>
          </w:p>
        </w:tc>
      </w:tr>
    </w:tbl>
    <w:p w14:paraId="48A4891A" w14:textId="77777777" w:rsidR="00E77DE9" w:rsidRDefault="00E77DE9">
      <w:pPr>
        <w:spacing w:after="0"/>
      </w:pPr>
    </w:p>
    <w:p w14:paraId="6B2C749F" w14:textId="77777777" w:rsidR="00E77DE9" w:rsidRDefault="00000000">
      <w:r>
        <w:rPr>
          <w:sz w:val="19"/>
        </w:rPr>
        <w:t xml:space="preserve">Rule to </w:t>
      </w:r>
      <w:proofErr w:type="gramStart"/>
      <w:r>
        <w:rPr>
          <w:sz w:val="19"/>
        </w:rPr>
        <w:t>remember:</w:t>
      </w:r>
      <w:proofErr w:type="gramEnd"/>
      <w:r>
        <w:rPr>
          <w:sz w:val="19"/>
        </w:rPr>
        <w:t xml:space="preserve"> after /t/ or /d/ → /</w:t>
      </w:r>
      <w:proofErr w:type="spellStart"/>
      <w:r>
        <w:rPr>
          <w:sz w:val="19"/>
        </w:rPr>
        <w:t>ɪd</w:t>
      </w:r>
      <w:proofErr w:type="spellEnd"/>
      <w:r>
        <w:rPr>
          <w:sz w:val="19"/>
        </w:rPr>
        <w:t>/; after a voiced sound → /d/; after another voiceless sound → /t/.</w:t>
      </w:r>
    </w:p>
    <w:p w14:paraId="2382F139" w14:textId="174D9E53" w:rsidR="00E77DE9" w:rsidRPr="004175E9" w:rsidRDefault="00000000">
      <w:pPr>
        <w:spacing w:before="140" w:after="60"/>
      </w:pPr>
      <w:r w:rsidRPr="004175E9">
        <w:rPr>
          <w:b/>
          <w:color w:val="17365D"/>
          <w:sz w:val="24"/>
        </w:rPr>
        <w:t>7</w:t>
      </w:r>
      <w:r w:rsidR="00D326C9" w:rsidRPr="004175E9">
        <w:rPr>
          <w:b/>
          <w:color w:val="17365D"/>
          <w:sz w:val="24"/>
        </w:rPr>
        <w:t>)</w:t>
      </w:r>
      <w:r w:rsidRPr="004175E9">
        <w:rPr>
          <w:b/>
          <w:color w:val="17365D"/>
          <w:sz w:val="24"/>
        </w:rPr>
        <w:t xml:space="preserve">  </w:t>
      </w:r>
      <w:proofErr w:type="gramStart"/>
      <w:r w:rsidRPr="004175E9">
        <w:rPr>
          <w:b/>
          <w:color w:val="17365D"/>
          <w:sz w:val="24"/>
        </w:rPr>
        <w:t>Mini-production</w:t>
      </w:r>
      <w:proofErr w:type="gramEnd"/>
    </w:p>
    <w:p w14:paraId="716CDC1D" w14:textId="77777777" w:rsidR="00E77DE9" w:rsidRDefault="00000000">
      <w:r>
        <w:t xml:space="preserve">You are Morris. Write 60–80 words about life in steerage. Use the simple past, two sensory details, one feeling, </w:t>
      </w:r>
      <w:r w:rsidRPr="00DE125C">
        <w:rPr>
          <w:i/>
          <w:iCs/>
        </w:rPr>
        <w:t>because</w:t>
      </w:r>
      <w:r>
        <w:t xml:space="preserve"> </w:t>
      </w:r>
      <w:proofErr w:type="gramStart"/>
      <w:r>
        <w:t>and</w:t>
      </w:r>
      <w:proofErr w:type="gramEnd"/>
      <w:r>
        <w:t xml:space="preserve"> </w:t>
      </w:r>
      <w:r w:rsidRPr="00DE125C">
        <w:rPr>
          <w:i/>
          <w:iCs/>
        </w:rPr>
        <w:t>however</w:t>
      </w:r>
      <w:r>
        <w:t>.</w:t>
      </w:r>
    </w:p>
    <w:p w14:paraId="78453E84" w14:textId="45459D5F" w:rsidR="00E77DE9" w:rsidRDefault="00000000">
      <w:pPr>
        <w:spacing w:after="40" w:line="240" w:lineRule="auto"/>
      </w:pPr>
      <w:r>
        <w:t>_______________________________________________________________________________________________________</w:t>
      </w:r>
    </w:p>
    <w:p w14:paraId="137C4312" w14:textId="77777777" w:rsidR="00E77DE9" w:rsidRDefault="00000000">
      <w:pPr>
        <w:spacing w:after="40" w:line="240" w:lineRule="auto"/>
      </w:pPr>
      <w:r>
        <w:t>_______________________________________________________________________________________________________</w:t>
      </w:r>
    </w:p>
    <w:p w14:paraId="2125B96C" w14:textId="77777777" w:rsidR="00E77DE9" w:rsidRDefault="00000000">
      <w:pPr>
        <w:spacing w:after="40" w:line="240" w:lineRule="auto"/>
      </w:pPr>
      <w:r>
        <w:t>_______________________________________________________________________________________________________</w:t>
      </w:r>
    </w:p>
    <w:p w14:paraId="3F471A55" w14:textId="77777777" w:rsidR="00E77DE9" w:rsidRDefault="00000000">
      <w:pPr>
        <w:spacing w:after="40" w:line="240" w:lineRule="auto"/>
      </w:pPr>
      <w:r>
        <w:t>_______________________________________________________________________________________________________</w:t>
      </w:r>
    </w:p>
    <w:p w14:paraId="25CA0E44" w14:textId="77777777" w:rsidR="00E77DE9" w:rsidRDefault="00000000">
      <w:pPr>
        <w:spacing w:after="40" w:line="240" w:lineRule="auto"/>
      </w:pPr>
      <w:r>
        <w:t>_______________________________________________________________________________________________________</w:t>
      </w:r>
    </w:p>
    <w:p w14:paraId="539202F2" w14:textId="77777777" w:rsidR="00E77DE9" w:rsidRDefault="00000000">
      <w:pPr>
        <w:spacing w:after="40" w:line="240" w:lineRule="auto"/>
      </w:pPr>
      <w:r>
        <w:t>_______________________________________________________________________________________________________</w:t>
      </w:r>
    </w:p>
    <w:p w14:paraId="2A17E710" w14:textId="77777777" w:rsidR="00280C53" w:rsidRDefault="00280C53" w:rsidP="00280C53">
      <w:pPr>
        <w:spacing w:after="40" w:line="240" w:lineRule="auto"/>
      </w:pPr>
      <w:r>
        <w:t>_______________________________________________________________________________________________________</w:t>
      </w:r>
    </w:p>
    <w:p w14:paraId="720825EE" w14:textId="77777777" w:rsidR="00280C53" w:rsidRDefault="00280C53" w:rsidP="00280C53">
      <w:pPr>
        <w:spacing w:after="40" w:line="240" w:lineRule="auto"/>
      </w:pPr>
      <w:r>
        <w:t>_______________________________________________________________________________________________________</w:t>
      </w:r>
    </w:p>
    <w:p w14:paraId="3DA4027D" w14:textId="77777777" w:rsidR="00280C53" w:rsidRDefault="00280C53" w:rsidP="00280C53">
      <w:pPr>
        <w:spacing w:after="40" w:line="240" w:lineRule="auto"/>
      </w:pPr>
      <w:r>
        <w:t>_______________________________________________________________________________________________________</w:t>
      </w:r>
    </w:p>
    <w:p w14:paraId="580045F5" w14:textId="77777777" w:rsidR="00280C53" w:rsidRDefault="00280C53" w:rsidP="00280C53">
      <w:pPr>
        <w:spacing w:after="40" w:line="240" w:lineRule="auto"/>
      </w:pPr>
      <w:r>
        <w:t>_______________________________________________________________________________________________________</w:t>
      </w:r>
    </w:p>
    <w:p w14:paraId="1D88ABF6" w14:textId="77777777" w:rsidR="00280C53" w:rsidRDefault="00280C53" w:rsidP="00280C53">
      <w:pPr>
        <w:spacing w:after="40" w:line="240" w:lineRule="auto"/>
      </w:pPr>
      <w:r>
        <w:t>_______________________________________________________________________________________________________</w:t>
      </w:r>
    </w:p>
    <w:p w14:paraId="1F39BBAF" w14:textId="77777777" w:rsidR="00280C53" w:rsidRDefault="00280C53" w:rsidP="00280C53">
      <w:pPr>
        <w:spacing w:after="40" w:line="240" w:lineRule="auto"/>
      </w:pPr>
      <w:r>
        <w:t>_______________________________________________________________________________________________________</w:t>
      </w:r>
    </w:p>
    <w:p w14:paraId="04E1EEB6" w14:textId="77777777" w:rsidR="00280C53" w:rsidRDefault="00280C53" w:rsidP="00280C53">
      <w:pPr>
        <w:spacing w:after="40" w:line="240" w:lineRule="auto"/>
      </w:pPr>
      <w:r>
        <w:t>_______________________________________________________________________________________________________</w:t>
      </w:r>
    </w:p>
    <w:p w14:paraId="6A8F7031" w14:textId="77777777" w:rsidR="00280C53" w:rsidRDefault="00280C53" w:rsidP="00280C53">
      <w:pPr>
        <w:spacing w:after="40" w:line="240" w:lineRule="auto"/>
      </w:pPr>
      <w:r>
        <w:t>_______________________________________________________________________________________________________</w:t>
      </w:r>
    </w:p>
    <w:p w14:paraId="2387D941" w14:textId="04990A2D" w:rsidR="00E77DE9" w:rsidRDefault="00D10AA6">
      <w:r>
        <w:rPr>
          <w:noProof/>
        </w:rPr>
        <w:drawing>
          <wp:anchor distT="0" distB="0" distL="114300" distR="114300" simplePos="0" relativeHeight="251691008" behindDoc="0" locked="0" layoutInCell="1" allowOverlap="1" wp14:anchorId="0054D059" wp14:editId="092AE4B0">
            <wp:simplePos x="0" y="0"/>
            <wp:positionH relativeFrom="margin">
              <wp:posOffset>5306695</wp:posOffset>
            </wp:positionH>
            <wp:positionV relativeFrom="paragraph">
              <wp:posOffset>3006023</wp:posOffset>
            </wp:positionV>
            <wp:extent cx="1060450" cy="629920"/>
            <wp:effectExtent l="0" t="0" r="6350" b="0"/>
            <wp:wrapNone/>
            <wp:docPr id="92900850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29920"/>
                    </a:xfrm>
                    <a:prstGeom prst="rect">
                      <a:avLst/>
                    </a:prstGeom>
                  </pic:spPr>
                </pic:pic>
              </a:graphicData>
            </a:graphic>
            <wp14:sizeRelH relativeFrom="margin">
              <wp14:pctWidth>0</wp14:pctWidth>
            </wp14:sizeRelH>
            <wp14:sizeRelV relativeFrom="margin">
              <wp14:pctHeight>0</wp14:pctHeight>
            </wp14:sizeRelV>
          </wp:anchor>
        </w:drawing>
      </w:r>
      <w:r w:rsidR="00E732A6">
        <w:rPr>
          <w:noProof/>
        </w:rPr>
        <w:drawing>
          <wp:anchor distT="0" distB="0" distL="114300" distR="114300" simplePos="0" relativeHeight="251672576" behindDoc="0" locked="0" layoutInCell="1" allowOverlap="1" wp14:anchorId="0E647A8F" wp14:editId="189302B1">
            <wp:simplePos x="0" y="0"/>
            <wp:positionH relativeFrom="margin">
              <wp:align>right</wp:align>
            </wp:positionH>
            <wp:positionV relativeFrom="paragraph">
              <wp:posOffset>5295265</wp:posOffset>
            </wp:positionV>
            <wp:extent cx="1060450" cy="630450"/>
            <wp:effectExtent l="0" t="0" r="6350" b="0"/>
            <wp:wrapNone/>
            <wp:docPr id="39246083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30450"/>
                    </a:xfrm>
                    <a:prstGeom prst="rect">
                      <a:avLst/>
                    </a:prstGeom>
                  </pic:spPr>
                </pic:pic>
              </a:graphicData>
            </a:graphic>
            <wp14:sizeRelH relativeFrom="margin">
              <wp14:pctWidth>0</wp14:pctWidth>
            </wp14:sizeRelH>
            <wp14:sizeRelV relativeFrom="margin">
              <wp14:pctHeight>0</wp14:pctHeight>
            </wp14:sizeRelV>
          </wp:anchor>
        </w:drawing>
      </w:r>
      <w:r w:rsidR="00E732A6">
        <w:br w:type="page"/>
      </w:r>
    </w:p>
    <w:p w14:paraId="2DA65633" w14:textId="77777777" w:rsidR="00E77DE9" w:rsidRDefault="00000000">
      <w:pPr>
        <w:jc w:val="center"/>
      </w:pPr>
      <w:r>
        <w:rPr>
          <w:b/>
          <w:color w:val="17365D"/>
          <w:sz w:val="22"/>
        </w:rPr>
        <w:lastRenderedPageBreak/>
        <w:t>SESSION 4</w:t>
      </w:r>
    </w:p>
    <w:p w14:paraId="6145B638" w14:textId="77777777" w:rsidR="00E77DE9" w:rsidRDefault="00000000">
      <w:pPr>
        <w:jc w:val="center"/>
      </w:pPr>
      <w:proofErr w:type="gramStart"/>
      <w:r>
        <w:rPr>
          <w:b/>
          <w:color w:val="17365D"/>
          <w:sz w:val="36"/>
        </w:rPr>
        <w:t>CREATE  MY</w:t>
      </w:r>
      <w:proofErr w:type="gramEnd"/>
      <w:r>
        <w:rPr>
          <w:b/>
          <w:color w:val="17365D"/>
          <w:sz w:val="36"/>
        </w:rPr>
        <w:t xml:space="preserve"> FIRST DAY IN AMERICA</w:t>
      </w:r>
    </w:p>
    <w:p w14:paraId="4A6C7E6D" w14:textId="77777777" w:rsidR="00E77DE9" w:rsidRDefault="00000000">
      <w:pPr>
        <w:jc w:val="center"/>
      </w:pPr>
      <w:r>
        <w:rPr>
          <w:i/>
          <w:sz w:val="22"/>
        </w:rPr>
        <w:t>Can you turn historical knowledge into a plausible personal story?</w:t>
      </w:r>
    </w:p>
    <w:tbl>
      <w:tblPr>
        <w:tblStyle w:val="TableGrid"/>
        <w:tblW w:w="0" w:type="auto"/>
        <w:jc w:val="center"/>
        <w:tblLook w:val="04A0" w:firstRow="1" w:lastRow="0" w:firstColumn="1" w:lastColumn="0" w:noHBand="0" w:noVBand="1"/>
      </w:tblPr>
      <w:tblGrid>
        <w:gridCol w:w="8064"/>
      </w:tblGrid>
      <w:tr w:rsidR="00A92D46" w14:paraId="0447ED30" w14:textId="77777777">
        <w:trPr>
          <w:tblHeader/>
          <w:jc w:val="center"/>
        </w:trPr>
        <w:tc>
          <w:tcPr>
            <w:tcW w:w="8064" w:type="dxa"/>
            <w:shd w:val="clear" w:color="auto" w:fill="17365D"/>
            <w:tcMar>
              <w:top w:w="100" w:type="dxa"/>
              <w:left w:w="120" w:type="dxa"/>
              <w:bottom w:w="100" w:type="dxa"/>
              <w:right w:w="120" w:type="dxa"/>
            </w:tcMar>
            <w:vAlign w:val="center"/>
          </w:tcPr>
          <w:p w14:paraId="3F3AEDA5" w14:textId="77777777" w:rsidR="00A92D46" w:rsidRDefault="00A92D46">
            <w:pPr>
              <w:keepLines/>
              <w:jc w:val="center"/>
            </w:pPr>
            <w:r>
              <w:rPr>
                <w:b/>
                <w:color w:val="FFFFFF"/>
                <w:sz w:val="19"/>
              </w:rPr>
              <w:t>Today’s goal</w:t>
            </w:r>
          </w:p>
        </w:tc>
      </w:tr>
      <w:tr w:rsidR="00A92D46" w14:paraId="0BC43F6D" w14:textId="77777777">
        <w:trPr>
          <w:jc w:val="center"/>
        </w:trPr>
        <w:tc>
          <w:tcPr>
            <w:tcW w:w="8064" w:type="dxa"/>
            <w:tcMar>
              <w:top w:w="100" w:type="dxa"/>
              <w:left w:w="120" w:type="dxa"/>
              <w:bottom w:w="100" w:type="dxa"/>
              <w:right w:w="120" w:type="dxa"/>
            </w:tcMar>
            <w:vAlign w:val="center"/>
          </w:tcPr>
          <w:p w14:paraId="5662F1B3" w14:textId="77777777" w:rsidR="00A92D46" w:rsidRDefault="00A92D46">
            <w:pPr>
              <w:keepLines/>
              <w:spacing w:after="0"/>
            </w:pPr>
            <w:r>
              <w:rPr>
                <w:sz w:val="19"/>
              </w:rPr>
              <w:t>Plan, write, revise and optionally read an immigrant diary entry.</w:t>
            </w:r>
          </w:p>
        </w:tc>
      </w:tr>
    </w:tbl>
    <w:p w14:paraId="02C1F020" w14:textId="77777777" w:rsidR="00E77DE9" w:rsidRDefault="00E77DE9">
      <w:pPr>
        <w:spacing w:after="0"/>
      </w:pPr>
    </w:p>
    <w:p w14:paraId="65259F97" w14:textId="0C7D5770" w:rsidR="00E77DE9" w:rsidRPr="004175E9" w:rsidRDefault="00000000">
      <w:pPr>
        <w:spacing w:before="140" w:after="60"/>
      </w:pPr>
      <w:r w:rsidRPr="004175E9">
        <w:rPr>
          <w:b/>
          <w:color w:val="17365D"/>
          <w:sz w:val="24"/>
        </w:rPr>
        <w:t>1</w:t>
      </w:r>
      <w:r w:rsidR="00D326C9" w:rsidRPr="004175E9">
        <w:rPr>
          <w:b/>
          <w:color w:val="17365D"/>
          <w:sz w:val="24"/>
        </w:rPr>
        <w:t>)</w:t>
      </w:r>
      <w:r w:rsidRPr="004175E9">
        <w:rPr>
          <w:b/>
          <w:color w:val="17365D"/>
          <w:sz w:val="24"/>
        </w:rPr>
        <w:t xml:space="preserve">  Reactivate what you know</w:t>
      </w:r>
    </w:p>
    <w:p w14:paraId="6F6844E3" w14:textId="77777777" w:rsidR="00E77DE9" w:rsidRDefault="00000000">
      <w:r>
        <w:t>Write one accurate sentence using each group of words.</w:t>
      </w:r>
    </w:p>
    <w:p w14:paraId="0E27B1ED" w14:textId="77777777" w:rsidR="00E77DE9" w:rsidRDefault="00000000">
      <w:r>
        <w:rPr>
          <w:b/>
        </w:rPr>
        <w:t>1920 • Poland • Rotterdam</w:t>
      </w:r>
    </w:p>
    <w:p w14:paraId="23E19582" w14:textId="77777777" w:rsidR="00E77DE9" w:rsidRDefault="00000000">
      <w:pPr>
        <w:spacing w:after="40" w:line="240" w:lineRule="auto"/>
      </w:pPr>
      <w:r>
        <w:t>_______________________________________________________________________________________________________</w:t>
      </w:r>
    </w:p>
    <w:p w14:paraId="20316FD9" w14:textId="77777777" w:rsidR="00E77DE9" w:rsidRDefault="00000000">
      <w:r>
        <w:rPr>
          <w:b/>
        </w:rPr>
        <w:t>steerage • hot • crowded</w:t>
      </w:r>
    </w:p>
    <w:p w14:paraId="239CA695" w14:textId="77777777" w:rsidR="00E77DE9" w:rsidRDefault="00000000">
      <w:pPr>
        <w:spacing w:after="40" w:line="240" w:lineRule="auto"/>
      </w:pPr>
      <w:r>
        <w:t>_______________________________________________________________________________________________________</w:t>
      </w:r>
    </w:p>
    <w:p w14:paraId="4BAF784C" w14:textId="77777777" w:rsidR="00E77DE9" w:rsidRDefault="00000000">
      <w:r>
        <w:rPr>
          <w:b/>
        </w:rPr>
        <w:t>Statue of Liberty • amazed • hopeful</w:t>
      </w:r>
    </w:p>
    <w:p w14:paraId="25A6D11B" w14:textId="77777777" w:rsidR="00E77DE9" w:rsidRDefault="00000000">
      <w:pPr>
        <w:spacing w:after="40" w:line="240" w:lineRule="auto"/>
      </w:pPr>
      <w:r>
        <w:t>_______________________________________________________________________________________________________</w:t>
      </w:r>
    </w:p>
    <w:p w14:paraId="0BB0B5F4" w14:textId="3F901105" w:rsidR="00E77DE9" w:rsidRPr="004175E9" w:rsidRDefault="00000000">
      <w:pPr>
        <w:spacing w:before="140" w:after="60"/>
      </w:pPr>
      <w:r w:rsidRPr="004175E9">
        <w:rPr>
          <w:b/>
          <w:color w:val="17365D"/>
          <w:sz w:val="24"/>
        </w:rPr>
        <w:t>2</w:t>
      </w:r>
      <w:r w:rsidR="00D326C9" w:rsidRPr="004175E9">
        <w:rPr>
          <w:b/>
          <w:color w:val="17365D"/>
          <w:sz w:val="24"/>
        </w:rPr>
        <w:t>)</w:t>
      </w:r>
      <w:r w:rsidRPr="004175E9">
        <w:rPr>
          <w:b/>
          <w:color w:val="17365D"/>
          <w:sz w:val="24"/>
        </w:rPr>
        <w:t xml:space="preserve">  Build your character and story</w:t>
      </w:r>
    </w:p>
    <w:p w14:paraId="15410D83" w14:textId="77777777" w:rsidR="00E77DE9" w:rsidRDefault="00000000">
      <w:r>
        <w:t>Make choices before you write. Your story must remain historically plausible.</w:t>
      </w:r>
    </w:p>
    <w:tbl>
      <w:tblPr>
        <w:tblStyle w:val="TableGrid"/>
        <w:tblW w:w="0" w:type="auto"/>
        <w:jc w:val="center"/>
        <w:tblLook w:val="04A0" w:firstRow="1" w:lastRow="0" w:firstColumn="1" w:lastColumn="0" w:noHBand="0" w:noVBand="1"/>
      </w:tblPr>
      <w:tblGrid>
        <w:gridCol w:w="4680"/>
        <w:gridCol w:w="5112"/>
      </w:tblGrid>
      <w:tr w:rsidR="00E77DE9" w14:paraId="1D8EDBF9" w14:textId="77777777">
        <w:trPr>
          <w:tblHeader/>
          <w:jc w:val="center"/>
        </w:trPr>
        <w:tc>
          <w:tcPr>
            <w:tcW w:w="4680" w:type="dxa"/>
            <w:shd w:val="clear" w:color="auto" w:fill="17365D"/>
            <w:tcMar>
              <w:top w:w="100" w:type="dxa"/>
              <w:left w:w="120" w:type="dxa"/>
              <w:bottom w:w="100" w:type="dxa"/>
              <w:right w:w="120" w:type="dxa"/>
            </w:tcMar>
            <w:vAlign w:val="center"/>
          </w:tcPr>
          <w:p w14:paraId="7BB01315" w14:textId="77777777" w:rsidR="00E77DE9" w:rsidRDefault="00000000">
            <w:pPr>
              <w:keepLines/>
              <w:jc w:val="center"/>
            </w:pPr>
            <w:r>
              <w:rPr>
                <w:b/>
                <w:color w:val="FFFFFF"/>
                <w:sz w:val="19"/>
              </w:rPr>
              <w:t>Question</w:t>
            </w:r>
          </w:p>
        </w:tc>
        <w:tc>
          <w:tcPr>
            <w:tcW w:w="5112" w:type="dxa"/>
            <w:shd w:val="clear" w:color="auto" w:fill="17365D"/>
            <w:tcMar>
              <w:top w:w="100" w:type="dxa"/>
              <w:left w:w="120" w:type="dxa"/>
              <w:bottom w:w="100" w:type="dxa"/>
              <w:right w:w="120" w:type="dxa"/>
            </w:tcMar>
            <w:vAlign w:val="center"/>
          </w:tcPr>
          <w:p w14:paraId="2CD90B2F" w14:textId="77777777" w:rsidR="00E77DE9" w:rsidRDefault="00000000">
            <w:pPr>
              <w:keepLines/>
              <w:jc w:val="center"/>
            </w:pPr>
            <w:r>
              <w:rPr>
                <w:b/>
                <w:color w:val="FFFFFF"/>
                <w:sz w:val="19"/>
              </w:rPr>
              <w:t>Your notes</w:t>
            </w:r>
          </w:p>
        </w:tc>
      </w:tr>
      <w:tr w:rsidR="00E77DE9" w14:paraId="004B49AE" w14:textId="77777777">
        <w:trPr>
          <w:jc w:val="center"/>
        </w:trPr>
        <w:tc>
          <w:tcPr>
            <w:tcW w:w="4680" w:type="dxa"/>
            <w:tcMar>
              <w:top w:w="100" w:type="dxa"/>
              <w:left w:w="120" w:type="dxa"/>
              <w:bottom w:w="100" w:type="dxa"/>
              <w:right w:w="120" w:type="dxa"/>
            </w:tcMar>
            <w:vAlign w:val="center"/>
          </w:tcPr>
          <w:p w14:paraId="0C99A764" w14:textId="77777777" w:rsidR="00E77DE9" w:rsidRDefault="00000000">
            <w:pPr>
              <w:keepLines/>
              <w:spacing w:after="0"/>
            </w:pPr>
            <w:r>
              <w:rPr>
                <w:sz w:val="19"/>
              </w:rPr>
              <w:t>Who are you?</w:t>
            </w:r>
          </w:p>
        </w:tc>
        <w:tc>
          <w:tcPr>
            <w:tcW w:w="5112" w:type="dxa"/>
            <w:tcMar>
              <w:top w:w="100" w:type="dxa"/>
              <w:left w:w="120" w:type="dxa"/>
              <w:bottom w:w="100" w:type="dxa"/>
              <w:right w:w="120" w:type="dxa"/>
            </w:tcMar>
            <w:vAlign w:val="center"/>
          </w:tcPr>
          <w:p w14:paraId="7DB76930" w14:textId="77777777" w:rsidR="00E77DE9" w:rsidRDefault="00E77DE9">
            <w:pPr>
              <w:keepLines/>
              <w:spacing w:after="0"/>
            </w:pPr>
          </w:p>
        </w:tc>
      </w:tr>
      <w:tr w:rsidR="00E77DE9" w14:paraId="6E7CBBE4" w14:textId="77777777">
        <w:trPr>
          <w:jc w:val="center"/>
        </w:trPr>
        <w:tc>
          <w:tcPr>
            <w:tcW w:w="4680" w:type="dxa"/>
            <w:shd w:val="clear" w:color="auto" w:fill="F3F6FA"/>
            <w:tcMar>
              <w:top w:w="100" w:type="dxa"/>
              <w:left w:w="120" w:type="dxa"/>
              <w:bottom w:w="100" w:type="dxa"/>
              <w:right w:w="120" w:type="dxa"/>
            </w:tcMar>
            <w:vAlign w:val="center"/>
          </w:tcPr>
          <w:p w14:paraId="635659C5" w14:textId="77777777" w:rsidR="00E77DE9" w:rsidRDefault="00000000">
            <w:pPr>
              <w:keepLines/>
              <w:spacing w:after="0"/>
            </w:pPr>
            <w:r>
              <w:rPr>
                <w:sz w:val="19"/>
              </w:rPr>
              <w:t>Where do you come from?</w:t>
            </w:r>
          </w:p>
        </w:tc>
        <w:tc>
          <w:tcPr>
            <w:tcW w:w="5112" w:type="dxa"/>
            <w:shd w:val="clear" w:color="auto" w:fill="F3F6FA"/>
            <w:tcMar>
              <w:top w:w="100" w:type="dxa"/>
              <w:left w:w="120" w:type="dxa"/>
              <w:bottom w:w="100" w:type="dxa"/>
              <w:right w:w="120" w:type="dxa"/>
            </w:tcMar>
            <w:vAlign w:val="center"/>
          </w:tcPr>
          <w:p w14:paraId="02BED84D" w14:textId="77777777" w:rsidR="00E77DE9" w:rsidRDefault="00E77DE9">
            <w:pPr>
              <w:keepLines/>
              <w:spacing w:after="0"/>
            </w:pPr>
          </w:p>
        </w:tc>
      </w:tr>
      <w:tr w:rsidR="00E77DE9" w14:paraId="7D3FE873" w14:textId="77777777">
        <w:trPr>
          <w:jc w:val="center"/>
        </w:trPr>
        <w:tc>
          <w:tcPr>
            <w:tcW w:w="4680" w:type="dxa"/>
            <w:tcMar>
              <w:top w:w="100" w:type="dxa"/>
              <w:left w:w="120" w:type="dxa"/>
              <w:bottom w:w="100" w:type="dxa"/>
              <w:right w:w="120" w:type="dxa"/>
            </w:tcMar>
            <w:vAlign w:val="center"/>
          </w:tcPr>
          <w:p w14:paraId="42410354" w14:textId="77777777" w:rsidR="00E77DE9" w:rsidRDefault="00000000">
            <w:pPr>
              <w:keepLines/>
              <w:spacing w:after="0"/>
            </w:pPr>
            <w:r>
              <w:rPr>
                <w:sz w:val="19"/>
              </w:rPr>
              <w:t>Why did you leave Europe?</w:t>
            </w:r>
          </w:p>
        </w:tc>
        <w:tc>
          <w:tcPr>
            <w:tcW w:w="5112" w:type="dxa"/>
            <w:tcMar>
              <w:top w:w="100" w:type="dxa"/>
              <w:left w:w="120" w:type="dxa"/>
              <w:bottom w:w="100" w:type="dxa"/>
              <w:right w:w="120" w:type="dxa"/>
            </w:tcMar>
            <w:vAlign w:val="center"/>
          </w:tcPr>
          <w:p w14:paraId="532994D7" w14:textId="77777777" w:rsidR="00E77DE9" w:rsidRDefault="00E77DE9">
            <w:pPr>
              <w:keepLines/>
              <w:spacing w:after="0"/>
            </w:pPr>
          </w:p>
        </w:tc>
      </w:tr>
      <w:tr w:rsidR="00E77DE9" w14:paraId="04ABBB49" w14:textId="77777777">
        <w:trPr>
          <w:jc w:val="center"/>
        </w:trPr>
        <w:tc>
          <w:tcPr>
            <w:tcW w:w="4680" w:type="dxa"/>
            <w:shd w:val="clear" w:color="auto" w:fill="F3F6FA"/>
            <w:tcMar>
              <w:top w:w="100" w:type="dxa"/>
              <w:left w:w="120" w:type="dxa"/>
              <w:bottom w:w="100" w:type="dxa"/>
              <w:right w:w="120" w:type="dxa"/>
            </w:tcMar>
            <w:vAlign w:val="center"/>
          </w:tcPr>
          <w:p w14:paraId="17C576A5" w14:textId="77777777" w:rsidR="00E77DE9" w:rsidRDefault="00000000">
            <w:pPr>
              <w:keepLines/>
              <w:spacing w:after="0"/>
            </w:pPr>
            <w:r>
              <w:rPr>
                <w:sz w:val="19"/>
              </w:rPr>
              <w:t>How did you travel?</w:t>
            </w:r>
          </w:p>
        </w:tc>
        <w:tc>
          <w:tcPr>
            <w:tcW w:w="5112" w:type="dxa"/>
            <w:shd w:val="clear" w:color="auto" w:fill="F3F6FA"/>
            <w:tcMar>
              <w:top w:w="100" w:type="dxa"/>
              <w:left w:w="120" w:type="dxa"/>
              <w:bottom w:w="100" w:type="dxa"/>
              <w:right w:w="120" w:type="dxa"/>
            </w:tcMar>
            <w:vAlign w:val="center"/>
          </w:tcPr>
          <w:p w14:paraId="0D655CF4" w14:textId="77777777" w:rsidR="00E77DE9" w:rsidRDefault="00E77DE9">
            <w:pPr>
              <w:keepLines/>
              <w:spacing w:after="0"/>
            </w:pPr>
          </w:p>
        </w:tc>
      </w:tr>
      <w:tr w:rsidR="00E77DE9" w14:paraId="0B43CA67" w14:textId="77777777">
        <w:trPr>
          <w:jc w:val="center"/>
        </w:trPr>
        <w:tc>
          <w:tcPr>
            <w:tcW w:w="4680" w:type="dxa"/>
            <w:tcMar>
              <w:top w:w="100" w:type="dxa"/>
              <w:left w:w="120" w:type="dxa"/>
              <w:bottom w:w="100" w:type="dxa"/>
              <w:right w:w="120" w:type="dxa"/>
            </w:tcMar>
            <w:vAlign w:val="center"/>
          </w:tcPr>
          <w:p w14:paraId="4B3C8D4D" w14:textId="77777777" w:rsidR="00E77DE9" w:rsidRDefault="00000000">
            <w:pPr>
              <w:keepLines/>
              <w:spacing w:after="0"/>
            </w:pPr>
            <w:r>
              <w:rPr>
                <w:sz w:val="19"/>
              </w:rPr>
              <w:t>What difficulty did you face?</w:t>
            </w:r>
          </w:p>
        </w:tc>
        <w:tc>
          <w:tcPr>
            <w:tcW w:w="5112" w:type="dxa"/>
            <w:tcMar>
              <w:top w:w="100" w:type="dxa"/>
              <w:left w:w="120" w:type="dxa"/>
              <w:bottom w:w="100" w:type="dxa"/>
              <w:right w:w="120" w:type="dxa"/>
            </w:tcMar>
            <w:vAlign w:val="center"/>
          </w:tcPr>
          <w:p w14:paraId="6D059C23" w14:textId="77777777" w:rsidR="00E77DE9" w:rsidRDefault="00E77DE9">
            <w:pPr>
              <w:keepLines/>
              <w:spacing w:after="0"/>
            </w:pPr>
          </w:p>
        </w:tc>
      </w:tr>
      <w:tr w:rsidR="00E77DE9" w14:paraId="189FDC15" w14:textId="77777777">
        <w:trPr>
          <w:jc w:val="center"/>
        </w:trPr>
        <w:tc>
          <w:tcPr>
            <w:tcW w:w="4680" w:type="dxa"/>
            <w:shd w:val="clear" w:color="auto" w:fill="F3F6FA"/>
            <w:tcMar>
              <w:top w:w="100" w:type="dxa"/>
              <w:left w:w="120" w:type="dxa"/>
              <w:bottom w:w="100" w:type="dxa"/>
              <w:right w:w="120" w:type="dxa"/>
            </w:tcMar>
            <w:vAlign w:val="center"/>
          </w:tcPr>
          <w:p w14:paraId="42B8833F" w14:textId="77777777" w:rsidR="00E77DE9" w:rsidRDefault="00000000">
            <w:pPr>
              <w:keepLines/>
              <w:spacing w:after="0"/>
            </w:pPr>
            <w:r>
              <w:rPr>
                <w:sz w:val="19"/>
              </w:rPr>
              <w:t>What did you see on arrival?</w:t>
            </w:r>
          </w:p>
        </w:tc>
        <w:tc>
          <w:tcPr>
            <w:tcW w:w="5112" w:type="dxa"/>
            <w:shd w:val="clear" w:color="auto" w:fill="F3F6FA"/>
            <w:tcMar>
              <w:top w:w="100" w:type="dxa"/>
              <w:left w:w="120" w:type="dxa"/>
              <w:bottom w:w="100" w:type="dxa"/>
              <w:right w:w="120" w:type="dxa"/>
            </w:tcMar>
            <w:vAlign w:val="center"/>
          </w:tcPr>
          <w:p w14:paraId="3B8FD9B6" w14:textId="77777777" w:rsidR="00E77DE9" w:rsidRDefault="00E77DE9">
            <w:pPr>
              <w:keepLines/>
              <w:spacing w:after="0"/>
            </w:pPr>
          </w:p>
        </w:tc>
      </w:tr>
      <w:tr w:rsidR="00E77DE9" w14:paraId="63A36911" w14:textId="77777777">
        <w:trPr>
          <w:jc w:val="center"/>
        </w:trPr>
        <w:tc>
          <w:tcPr>
            <w:tcW w:w="4680" w:type="dxa"/>
            <w:tcMar>
              <w:top w:w="100" w:type="dxa"/>
              <w:left w:w="120" w:type="dxa"/>
              <w:bottom w:w="100" w:type="dxa"/>
              <w:right w:w="120" w:type="dxa"/>
            </w:tcMar>
            <w:vAlign w:val="center"/>
          </w:tcPr>
          <w:p w14:paraId="47CAD79D" w14:textId="77777777" w:rsidR="00E77DE9" w:rsidRDefault="00000000">
            <w:pPr>
              <w:keepLines/>
              <w:spacing w:after="0"/>
            </w:pPr>
            <w:r>
              <w:rPr>
                <w:sz w:val="19"/>
              </w:rPr>
              <w:t>How did you feel?</w:t>
            </w:r>
          </w:p>
        </w:tc>
        <w:tc>
          <w:tcPr>
            <w:tcW w:w="5112" w:type="dxa"/>
            <w:tcMar>
              <w:top w:w="100" w:type="dxa"/>
              <w:left w:w="120" w:type="dxa"/>
              <w:bottom w:w="100" w:type="dxa"/>
              <w:right w:w="120" w:type="dxa"/>
            </w:tcMar>
            <w:vAlign w:val="center"/>
          </w:tcPr>
          <w:p w14:paraId="4BBE6E89" w14:textId="77777777" w:rsidR="00E77DE9" w:rsidRDefault="00E77DE9">
            <w:pPr>
              <w:keepLines/>
              <w:spacing w:after="0"/>
            </w:pPr>
          </w:p>
        </w:tc>
      </w:tr>
      <w:tr w:rsidR="00E77DE9" w14:paraId="6AD8D0E4" w14:textId="77777777">
        <w:trPr>
          <w:jc w:val="center"/>
        </w:trPr>
        <w:tc>
          <w:tcPr>
            <w:tcW w:w="4680" w:type="dxa"/>
            <w:shd w:val="clear" w:color="auto" w:fill="F3F6FA"/>
            <w:tcMar>
              <w:top w:w="100" w:type="dxa"/>
              <w:left w:w="120" w:type="dxa"/>
              <w:bottom w:w="100" w:type="dxa"/>
              <w:right w:w="120" w:type="dxa"/>
            </w:tcMar>
            <w:vAlign w:val="center"/>
          </w:tcPr>
          <w:p w14:paraId="0F028F37" w14:textId="77777777" w:rsidR="00E77DE9" w:rsidRDefault="00000000">
            <w:pPr>
              <w:keepLines/>
              <w:spacing w:after="0"/>
            </w:pPr>
            <w:r>
              <w:rPr>
                <w:sz w:val="19"/>
              </w:rPr>
              <w:t>What do you hope for?</w:t>
            </w:r>
          </w:p>
        </w:tc>
        <w:tc>
          <w:tcPr>
            <w:tcW w:w="5112" w:type="dxa"/>
            <w:shd w:val="clear" w:color="auto" w:fill="F3F6FA"/>
            <w:tcMar>
              <w:top w:w="100" w:type="dxa"/>
              <w:left w:w="120" w:type="dxa"/>
              <w:bottom w:w="100" w:type="dxa"/>
              <w:right w:w="120" w:type="dxa"/>
            </w:tcMar>
            <w:vAlign w:val="center"/>
          </w:tcPr>
          <w:p w14:paraId="703CE2E1" w14:textId="77777777" w:rsidR="00E77DE9" w:rsidRDefault="00E77DE9">
            <w:pPr>
              <w:keepLines/>
              <w:spacing w:after="0"/>
            </w:pPr>
          </w:p>
        </w:tc>
      </w:tr>
    </w:tbl>
    <w:p w14:paraId="1D086593" w14:textId="14E9C28A" w:rsidR="00E77DE9" w:rsidRPr="004175E9" w:rsidRDefault="00000000">
      <w:pPr>
        <w:spacing w:before="140" w:after="60"/>
      </w:pPr>
      <w:r w:rsidRPr="004175E9">
        <w:rPr>
          <w:b/>
          <w:color w:val="17365D"/>
          <w:sz w:val="24"/>
        </w:rPr>
        <w:t>3</w:t>
      </w:r>
      <w:r w:rsidR="00D326C9" w:rsidRPr="004175E9">
        <w:rPr>
          <w:b/>
          <w:color w:val="17365D"/>
          <w:sz w:val="24"/>
        </w:rPr>
        <w:t>)</w:t>
      </w:r>
      <w:r w:rsidRPr="004175E9">
        <w:rPr>
          <w:b/>
          <w:color w:val="17365D"/>
          <w:sz w:val="24"/>
        </w:rPr>
        <w:t xml:space="preserve">  </w:t>
      </w:r>
      <w:r w:rsidR="00E724B2" w:rsidRPr="004175E9">
        <w:rPr>
          <w:b/>
          <w:color w:val="17365D"/>
          <w:sz w:val="24"/>
        </w:rPr>
        <w:t>Organize</w:t>
      </w:r>
      <w:r w:rsidRPr="004175E9">
        <w:rPr>
          <w:b/>
          <w:color w:val="17365D"/>
          <w:sz w:val="24"/>
        </w:rPr>
        <w:t xml:space="preserve"> your diary entry</w:t>
      </w:r>
    </w:p>
    <w:p w14:paraId="662D843A" w14:textId="77777777" w:rsidR="00E77DE9" w:rsidRDefault="00000000">
      <w:r>
        <w:t>Plan one key idea for each stage.</w:t>
      </w:r>
    </w:p>
    <w:tbl>
      <w:tblPr>
        <w:tblStyle w:val="TableGrid"/>
        <w:tblW w:w="0" w:type="auto"/>
        <w:jc w:val="center"/>
        <w:tblLook w:val="04A0" w:firstRow="1" w:lastRow="0" w:firstColumn="1" w:lastColumn="0" w:noHBand="0" w:noVBand="1"/>
      </w:tblPr>
      <w:tblGrid>
        <w:gridCol w:w="2448"/>
        <w:gridCol w:w="2448"/>
        <w:gridCol w:w="2448"/>
        <w:gridCol w:w="2448"/>
      </w:tblGrid>
      <w:tr w:rsidR="00E77DE9" w14:paraId="0AF2B4A1" w14:textId="77777777">
        <w:trPr>
          <w:tblHeader/>
          <w:jc w:val="center"/>
        </w:trPr>
        <w:tc>
          <w:tcPr>
            <w:tcW w:w="2448" w:type="dxa"/>
            <w:shd w:val="clear" w:color="auto" w:fill="17365D"/>
            <w:tcMar>
              <w:top w:w="100" w:type="dxa"/>
              <w:left w:w="120" w:type="dxa"/>
              <w:bottom w:w="100" w:type="dxa"/>
              <w:right w:w="120" w:type="dxa"/>
            </w:tcMar>
            <w:vAlign w:val="center"/>
          </w:tcPr>
          <w:p w14:paraId="7B369E60" w14:textId="77777777" w:rsidR="00E77DE9" w:rsidRDefault="00000000">
            <w:pPr>
              <w:keepLines/>
              <w:jc w:val="center"/>
            </w:pPr>
            <w:r>
              <w:rPr>
                <w:b/>
                <w:color w:val="FFFFFF"/>
                <w:sz w:val="19"/>
              </w:rPr>
              <w:t>Beginning</w:t>
            </w:r>
          </w:p>
        </w:tc>
        <w:tc>
          <w:tcPr>
            <w:tcW w:w="2448" w:type="dxa"/>
            <w:shd w:val="clear" w:color="auto" w:fill="17365D"/>
            <w:tcMar>
              <w:top w:w="100" w:type="dxa"/>
              <w:left w:w="120" w:type="dxa"/>
              <w:bottom w:w="100" w:type="dxa"/>
              <w:right w:w="120" w:type="dxa"/>
            </w:tcMar>
            <w:vAlign w:val="center"/>
          </w:tcPr>
          <w:p w14:paraId="7966CBFF" w14:textId="77777777" w:rsidR="00E77DE9" w:rsidRDefault="00000000">
            <w:pPr>
              <w:keepLines/>
              <w:jc w:val="center"/>
            </w:pPr>
            <w:r>
              <w:rPr>
                <w:b/>
                <w:color w:val="FFFFFF"/>
                <w:sz w:val="19"/>
              </w:rPr>
              <w:t>Journey</w:t>
            </w:r>
          </w:p>
        </w:tc>
        <w:tc>
          <w:tcPr>
            <w:tcW w:w="2448" w:type="dxa"/>
            <w:shd w:val="clear" w:color="auto" w:fill="17365D"/>
            <w:tcMar>
              <w:top w:w="100" w:type="dxa"/>
              <w:left w:w="120" w:type="dxa"/>
              <w:bottom w:w="100" w:type="dxa"/>
              <w:right w:w="120" w:type="dxa"/>
            </w:tcMar>
            <w:vAlign w:val="center"/>
          </w:tcPr>
          <w:p w14:paraId="77ACF10A" w14:textId="77777777" w:rsidR="00E77DE9" w:rsidRDefault="00000000">
            <w:pPr>
              <w:keepLines/>
              <w:jc w:val="center"/>
            </w:pPr>
            <w:r>
              <w:rPr>
                <w:b/>
                <w:color w:val="FFFFFF"/>
                <w:sz w:val="19"/>
              </w:rPr>
              <w:t>Arrival</w:t>
            </w:r>
          </w:p>
        </w:tc>
        <w:tc>
          <w:tcPr>
            <w:tcW w:w="2448" w:type="dxa"/>
            <w:shd w:val="clear" w:color="auto" w:fill="17365D"/>
            <w:tcMar>
              <w:top w:w="100" w:type="dxa"/>
              <w:left w:w="120" w:type="dxa"/>
              <w:bottom w:w="100" w:type="dxa"/>
              <w:right w:w="120" w:type="dxa"/>
            </w:tcMar>
            <w:vAlign w:val="center"/>
          </w:tcPr>
          <w:p w14:paraId="40A81321" w14:textId="77777777" w:rsidR="00E77DE9" w:rsidRDefault="00000000">
            <w:pPr>
              <w:keepLines/>
              <w:jc w:val="center"/>
            </w:pPr>
            <w:r>
              <w:rPr>
                <w:b/>
                <w:color w:val="FFFFFF"/>
                <w:sz w:val="19"/>
              </w:rPr>
              <w:t>Looking ahead</w:t>
            </w:r>
          </w:p>
        </w:tc>
      </w:tr>
      <w:tr w:rsidR="00E77DE9" w14:paraId="650D9007" w14:textId="77777777">
        <w:trPr>
          <w:jc w:val="center"/>
        </w:trPr>
        <w:tc>
          <w:tcPr>
            <w:tcW w:w="2448" w:type="dxa"/>
            <w:tcMar>
              <w:top w:w="100" w:type="dxa"/>
              <w:left w:w="120" w:type="dxa"/>
              <w:bottom w:w="100" w:type="dxa"/>
              <w:right w:w="120" w:type="dxa"/>
            </w:tcMar>
            <w:vAlign w:val="center"/>
          </w:tcPr>
          <w:p w14:paraId="1C083D96" w14:textId="77777777" w:rsidR="00E77DE9" w:rsidRDefault="00000000">
            <w:pPr>
              <w:keepLines/>
              <w:spacing w:after="0"/>
            </w:pPr>
            <w:r>
              <w:rPr>
                <w:sz w:val="19"/>
              </w:rPr>
              <w:t>Who / where / why</w:t>
            </w:r>
          </w:p>
        </w:tc>
        <w:tc>
          <w:tcPr>
            <w:tcW w:w="2448" w:type="dxa"/>
            <w:tcMar>
              <w:top w:w="100" w:type="dxa"/>
              <w:left w:w="120" w:type="dxa"/>
              <w:bottom w:w="100" w:type="dxa"/>
              <w:right w:w="120" w:type="dxa"/>
            </w:tcMar>
            <w:vAlign w:val="center"/>
          </w:tcPr>
          <w:p w14:paraId="032F66B5" w14:textId="77777777" w:rsidR="00E77DE9" w:rsidRDefault="00000000">
            <w:pPr>
              <w:keepLines/>
              <w:spacing w:after="0"/>
            </w:pPr>
            <w:r>
              <w:rPr>
                <w:sz w:val="19"/>
              </w:rPr>
              <w:t>Ship / steerage / difficulty</w:t>
            </w:r>
          </w:p>
        </w:tc>
        <w:tc>
          <w:tcPr>
            <w:tcW w:w="2448" w:type="dxa"/>
            <w:tcMar>
              <w:top w:w="100" w:type="dxa"/>
              <w:left w:w="120" w:type="dxa"/>
              <w:bottom w:w="100" w:type="dxa"/>
              <w:right w:w="120" w:type="dxa"/>
            </w:tcMar>
            <w:vAlign w:val="center"/>
          </w:tcPr>
          <w:p w14:paraId="4C83DE9B" w14:textId="77777777" w:rsidR="00E77DE9" w:rsidRDefault="00000000">
            <w:pPr>
              <w:keepLines/>
              <w:spacing w:after="0"/>
            </w:pPr>
            <w:r>
              <w:rPr>
                <w:sz w:val="19"/>
              </w:rPr>
              <w:t>What you saw / feelings</w:t>
            </w:r>
          </w:p>
        </w:tc>
        <w:tc>
          <w:tcPr>
            <w:tcW w:w="2448" w:type="dxa"/>
            <w:tcMar>
              <w:top w:w="100" w:type="dxa"/>
              <w:left w:w="120" w:type="dxa"/>
              <w:bottom w:w="100" w:type="dxa"/>
              <w:right w:w="120" w:type="dxa"/>
            </w:tcMar>
            <w:vAlign w:val="center"/>
          </w:tcPr>
          <w:p w14:paraId="79FFCAA2" w14:textId="77777777" w:rsidR="00E77DE9" w:rsidRDefault="00000000">
            <w:pPr>
              <w:keepLines/>
              <w:spacing w:after="0"/>
            </w:pPr>
            <w:r>
              <w:rPr>
                <w:sz w:val="19"/>
              </w:rPr>
              <w:t>Hopes for your new life</w:t>
            </w:r>
          </w:p>
        </w:tc>
      </w:tr>
    </w:tbl>
    <w:p w14:paraId="545B3B07" w14:textId="3DC3F7C1" w:rsidR="00E77DE9" w:rsidRDefault="00E732A6">
      <w:pPr>
        <w:spacing w:after="0"/>
      </w:pPr>
      <w:r>
        <w:rPr>
          <w:noProof/>
        </w:rPr>
        <w:drawing>
          <wp:anchor distT="0" distB="0" distL="114300" distR="114300" simplePos="0" relativeHeight="251674624" behindDoc="0" locked="0" layoutInCell="1" allowOverlap="1" wp14:anchorId="3B8AEF67" wp14:editId="37601739">
            <wp:simplePos x="0" y="0"/>
            <wp:positionH relativeFrom="margin">
              <wp:posOffset>5306695</wp:posOffset>
            </wp:positionH>
            <wp:positionV relativeFrom="paragraph">
              <wp:posOffset>1092520</wp:posOffset>
            </wp:positionV>
            <wp:extent cx="1060450" cy="630450"/>
            <wp:effectExtent l="0" t="0" r="6350" b="0"/>
            <wp:wrapNone/>
            <wp:docPr id="4179649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30450"/>
                    </a:xfrm>
                    <a:prstGeom prst="rect">
                      <a:avLst/>
                    </a:prstGeom>
                  </pic:spPr>
                </pic:pic>
              </a:graphicData>
            </a:graphic>
            <wp14:sizeRelH relativeFrom="margin">
              <wp14:pctWidth>0</wp14:pctWidth>
            </wp14:sizeRelH>
            <wp14:sizeRelV relativeFrom="margin">
              <wp14:pctHeight>0</wp14:pctHeight>
            </wp14:sizeRelV>
          </wp:anchor>
        </w:drawing>
      </w:r>
    </w:p>
    <w:p w14:paraId="4AF45741" w14:textId="77777777" w:rsidR="00E77DE9" w:rsidRPr="004175E9" w:rsidRDefault="00000000">
      <w:pPr>
        <w:pStyle w:val="Heading2"/>
      </w:pPr>
      <w:r w:rsidRPr="004175E9">
        <w:lastRenderedPageBreak/>
        <w:t>Language toolbox</w:t>
      </w:r>
    </w:p>
    <w:tbl>
      <w:tblPr>
        <w:tblStyle w:val="TableGrid"/>
        <w:tblW w:w="0" w:type="auto"/>
        <w:jc w:val="center"/>
        <w:tblLook w:val="04A0" w:firstRow="1" w:lastRow="0" w:firstColumn="1" w:lastColumn="0" w:noHBand="0" w:noVBand="1"/>
      </w:tblPr>
      <w:tblGrid>
        <w:gridCol w:w="2448"/>
        <w:gridCol w:w="2448"/>
        <w:gridCol w:w="2448"/>
        <w:gridCol w:w="2448"/>
      </w:tblGrid>
      <w:tr w:rsidR="00E77DE9" w14:paraId="2CDE6157" w14:textId="77777777">
        <w:trPr>
          <w:tblHeader/>
          <w:jc w:val="center"/>
        </w:trPr>
        <w:tc>
          <w:tcPr>
            <w:tcW w:w="2448" w:type="dxa"/>
            <w:shd w:val="clear" w:color="auto" w:fill="17365D"/>
            <w:tcMar>
              <w:top w:w="100" w:type="dxa"/>
              <w:left w:w="120" w:type="dxa"/>
              <w:bottom w:w="100" w:type="dxa"/>
              <w:right w:w="120" w:type="dxa"/>
            </w:tcMar>
            <w:vAlign w:val="center"/>
          </w:tcPr>
          <w:p w14:paraId="1AC43F0B" w14:textId="77777777" w:rsidR="00E77DE9" w:rsidRDefault="00000000">
            <w:pPr>
              <w:keepLines/>
              <w:jc w:val="center"/>
            </w:pPr>
            <w:r>
              <w:rPr>
                <w:b/>
                <w:color w:val="FFFFFF"/>
                <w:sz w:val="19"/>
              </w:rPr>
              <w:t>Simple past</w:t>
            </w:r>
          </w:p>
        </w:tc>
        <w:tc>
          <w:tcPr>
            <w:tcW w:w="2448" w:type="dxa"/>
            <w:shd w:val="clear" w:color="auto" w:fill="17365D"/>
            <w:tcMar>
              <w:top w:w="100" w:type="dxa"/>
              <w:left w:w="120" w:type="dxa"/>
              <w:bottom w:w="100" w:type="dxa"/>
              <w:right w:w="120" w:type="dxa"/>
            </w:tcMar>
            <w:vAlign w:val="center"/>
          </w:tcPr>
          <w:p w14:paraId="75B34815" w14:textId="77777777" w:rsidR="00E77DE9" w:rsidRDefault="00000000">
            <w:pPr>
              <w:keepLines/>
              <w:jc w:val="center"/>
            </w:pPr>
            <w:r>
              <w:rPr>
                <w:b/>
                <w:color w:val="FFFFFF"/>
                <w:sz w:val="19"/>
              </w:rPr>
              <w:t>Chronology</w:t>
            </w:r>
          </w:p>
        </w:tc>
        <w:tc>
          <w:tcPr>
            <w:tcW w:w="2448" w:type="dxa"/>
            <w:shd w:val="clear" w:color="auto" w:fill="17365D"/>
            <w:tcMar>
              <w:top w:w="100" w:type="dxa"/>
              <w:left w:w="120" w:type="dxa"/>
              <w:bottom w:w="100" w:type="dxa"/>
              <w:right w:w="120" w:type="dxa"/>
            </w:tcMar>
            <w:vAlign w:val="center"/>
          </w:tcPr>
          <w:p w14:paraId="79E14B95" w14:textId="77777777" w:rsidR="00E77DE9" w:rsidRDefault="00000000">
            <w:pPr>
              <w:keepLines/>
              <w:jc w:val="center"/>
            </w:pPr>
            <w:r>
              <w:rPr>
                <w:b/>
                <w:color w:val="FFFFFF"/>
                <w:sz w:val="19"/>
              </w:rPr>
              <w:t>Feelings</w:t>
            </w:r>
          </w:p>
        </w:tc>
        <w:tc>
          <w:tcPr>
            <w:tcW w:w="2448" w:type="dxa"/>
            <w:shd w:val="clear" w:color="auto" w:fill="17365D"/>
            <w:tcMar>
              <w:top w:w="100" w:type="dxa"/>
              <w:left w:w="120" w:type="dxa"/>
              <w:bottom w:w="100" w:type="dxa"/>
              <w:right w:w="120" w:type="dxa"/>
            </w:tcMar>
            <w:vAlign w:val="center"/>
          </w:tcPr>
          <w:p w14:paraId="531D7A01" w14:textId="77777777" w:rsidR="00E77DE9" w:rsidRDefault="00000000">
            <w:pPr>
              <w:keepLines/>
              <w:jc w:val="center"/>
            </w:pPr>
            <w:r>
              <w:rPr>
                <w:b/>
                <w:color w:val="FFFFFF"/>
                <w:sz w:val="19"/>
              </w:rPr>
              <w:t>Migration</w:t>
            </w:r>
          </w:p>
        </w:tc>
      </w:tr>
      <w:tr w:rsidR="00E77DE9" w14:paraId="5F950A3F" w14:textId="77777777">
        <w:trPr>
          <w:jc w:val="center"/>
        </w:trPr>
        <w:tc>
          <w:tcPr>
            <w:tcW w:w="2448" w:type="dxa"/>
            <w:tcMar>
              <w:top w:w="100" w:type="dxa"/>
              <w:left w:w="120" w:type="dxa"/>
              <w:bottom w:w="100" w:type="dxa"/>
              <w:right w:w="120" w:type="dxa"/>
            </w:tcMar>
            <w:vAlign w:val="center"/>
          </w:tcPr>
          <w:p w14:paraId="6A490C70" w14:textId="77777777" w:rsidR="00E77DE9" w:rsidRDefault="00000000">
            <w:pPr>
              <w:keepLines/>
              <w:spacing w:after="0"/>
            </w:pPr>
            <w:r>
              <w:rPr>
                <w:sz w:val="19"/>
              </w:rPr>
              <w:t>left • travelled • arrived • saw • felt • was/were • had • took</w:t>
            </w:r>
          </w:p>
        </w:tc>
        <w:tc>
          <w:tcPr>
            <w:tcW w:w="2448" w:type="dxa"/>
            <w:tcMar>
              <w:top w:w="100" w:type="dxa"/>
              <w:left w:w="120" w:type="dxa"/>
              <w:bottom w:w="100" w:type="dxa"/>
              <w:right w:w="120" w:type="dxa"/>
            </w:tcMar>
            <w:vAlign w:val="center"/>
          </w:tcPr>
          <w:p w14:paraId="0F6F099F" w14:textId="77777777" w:rsidR="00E77DE9" w:rsidRDefault="00000000">
            <w:pPr>
              <w:keepLines/>
              <w:spacing w:after="0"/>
            </w:pPr>
            <w:r>
              <w:rPr>
                <w:sz w:val="19"/>
              </w:rPr>
              <w:t>first • then • after that • finally</w:t>
            </w:r>
          </w:p>
        </w:tc>
        <w:tc>
          <w:tcPr>
            <w:tcW w:w="2448" w:type="dxa"/>
            <w:tcMar>
              <w:top w:w="100" w:type="dxa"/>
              <w:left w:w="120" w:type="dxa"/>
              <w:bottom w:w="100" w:type="dxa"/>
              <w:right w:w="120" w:type="dxa"/>
            </w:tcMar>
            <w:vAlign w:val="center"/>
          </w:tcPr>
          <w:p w14:paraId="31D0BF93" w14:textId="77777777" w:rsidR="00E77DE9" w:rsidRDefault="00000000">
            <w:pPr>
              <w:keepLines/>
              <w:spacing w:after="0"/>
            </w:pPr>
            <w:r>
              <w:rPr>
                <w:sz w:val="19"/>
              </w:rPr>
              <w:t>afraid • tired • excited • amazed • relieved • hopeful</w:t>
            </w:r>
          </w:p>
        </w:tc>
        <w:tc>
          <w:tcPr>
            <w:tcW w:w="2448" w:type="dxa"/>
            <w:tcMar>
              <w:top w:w="100" w:type="dxa"/>
              <w:left w:w="120" w:type="dxa"/>
              <w:bottom w:w="100" w:type="dxa"/>
              <w:right w:w="120" w:type="dxa"/>
            </w:tcMar>
            <w:vAlign w:val="center"/>
          </w:tcPr>
          <w:p w14:paraId="305247B0" w14:textId="77777777" w:rsidR="00E77DE9" w:rsidRDefault="00000000">
            <w:pPr>
              <w:keepLines/>
              <w:spacing w:after="0"/>
            </w:pPr>
            <w:r>
              <w:rPr>
                <w:sz w:val="19"/>
              </w:rPr>
              <w:t>immigrant • ship • journey • steerage • new life</w:t>
            </w:r>
          </w:p>
        </w:tc>
      </w:tr>
    </w:tbl>
    <w:p w14:paraId="73B6EE85" w14:textId="77777777" w:rsidR="00E77DE9" w:rsidRDefault="00E77DE9">
      <w:pPr>
        <w:spacing w:after="0"/>
      </w:pPr>
    </w:p>
    <w:p w14:paraId="4BE96A23" w14:textId="1E082B41" w:rsidR="00E77DE9" w:rsidRDefault="00000000">
      <w:r>
        <w:rPr>
          <w:b/>
        </w:rPr>
        <w:t xml:space="preserve">Useful contrast and cause: </w:t>
      </w:r>
      <w:r w:rsidRPr="00695273">
        <w:rPr>
          <w:b/>
          <w:i/>
          <w:iCs/>
        </w:rPr>
        <w:t>because • however • therefore</w:t>
      </w:r>
      <w:r>
        <w:rPr>
          <w:b/>
        </w:rPr>
        <w:t xml:space="preserve"> </w:t>
      </w:r>
    </w:p>
    <w:p w14:paraId="5499AA70" w14:textId="07E3DEAF" w:rsidR="00E77DE9" w:rsidRPr="004175E9" w:rsidRDefault="00000000">
      <w:pPr>
        <w:spacing w:before="140" w:after="60"/>
      </w:pPr>
      <w:r w:rsidRPr="004175E9">
        <w:rPr>
          <w:b/>
          <w:color w:val="17365D"/>
          <w:sz w:val="24"/>
        </w:rPr>
        <w:t>4</w:t>
      </w:r>
      <w:r w:rsidR="00D326C9" w:rsidRPr="004175E9">
        <w:rPr>
          <w:b/>
          <w:color w:val="17365D"/>
          <w:sz w:val="24"/>
        </w:rPr>
        <w:t>)</w:t>
      </w:r>
      <w:r w:rsidRPr="004175E9">
        <w:rPr>
          <w:b/>
          <w:color w:val="17365D"/>
          <w:sz w:val="24"/>
        </w:rPr>
        <w:t xml:space="preserve">  Final </w:t>
      </w:r>
      <w:proofErr w:type="gramStart"/>
      <w:r w:rsidRPr="004175E9">
        <w:rPr>
          <w:b/>
          <w:color w:val="17365D"/>
          <w:sz w:val="24"/>
        </w:rPr>
        <w:t xml:space="preserve">task  </w:t>
      </w:r>
      <w:r w:rsidR="006C0D18" w:rsidRPr="004175E9">
        <w:rPr>
          <w:b/>
          <w:color w:val="17365D"/>
          <w:sz w:val="24"/>
        </w:rPr>
        <w:t>(</w:t>
      </w:r>
      <w:proofErr w:type="gramEnd"/>
      <w:r w:rsidRPr="004175E9">
        <w:rPr>
          <w:b/>
          <w:color w:val="17365D"/>
          <w:sz w:val="24"/>
        </w:rPr>
        <w:t>30 minutes</w:t>
      </w:r>
      <w:r w:rsidR="006C0D18" w:rsidRPr="004175E9">
        <w:rPr>
          <w:b/>
          <w:color w:val="17365D"/>
          <w:sz w:val="24"/>
        </w:rPr>
        <w:t>)</w:t>
      </w:r>
    </w:p>
    <w:p w14:paraId="262C6FD8" w14:textId="77777777" w:rsidR="00E77DE9" w:rsidRPr="00AA1A63" w:rsidRDefault="00000000">
      <w:pPr>
        <w:rPr>
          <w:b/>
          <w:bCs/>
        </w:rPr>
      </w:pPr>
      <w:r w:rsidRPr="00AA1A63">
        <w:rPr>
          <w:b/>
          <w:bCs/>
        </w:rPr>
        <w:t>You are a young European immigrant arriving in New York in the early 20th century. Write a diary entry about your journey and your arrival in America. Write 80–110 words.</w:t>
      </w:r>
    </w:p>
    <w:p w14:paraId="11CB6D31" w14:textId="18DC5418" w:rsidR="00E77DE9" w:rsidRDefault="00000000">
      <w:pPr>
        <w:pStyle w:val="ListBullet"/>
      </w:pPr>
      <w:r>
        <w:t>Give your country of origin and your reason for leaving.</w:t>
      </w:r>
    </w:p>
    <w:p w14:paraId="44289B5C" w14:textId="39D0773A" w:rsidR="00E77DE9" w:rsidRDefault="00000000">
      <w:pPr>
        <w:pStyle w:val="ListBullet"/>
      </w:pPr>
      <w:r>
        <w:t>Describe the journey and at least one difficulty.</w:t>
      </w:r>
    </w:p>
    <w:p w14:paraId="64DCF8DA" w14:textId="3B82BC3F" w:rsidR="00E77DE9" w:rsidRDefault="00000000">
      <w:pPr>
        <w:pStyle w:val="ListBullet"/>
      </w:pPr>
      <w:r>
        <w:t>Say what you saw when you arrived.</w:t>
      </w:r>
    </w:p>
    <w:p w14:paraId="0C43BAA2" w14:textId="42957BEB" w:rsidR="00E77DE9" w:rsidRDefault="00000000">
      <w:pPr>
        <w:pStyle w:val="ListBullet"/>
      </w:pPr>
      <w:r>
        <w:t>Describe your feelings and your hopes.</w:t>
      </w:r>
    </w:p>
    <w:p w14:paraId="1D5BA0DC" w14:textId="0374C95E" w:rsidR="00E77DE9" w:rsidRDefault="00000000">
      <w:pPr>
        <w:pStyle w:val="ListBullet"/>
      </w:pPr>
      <w:r>
        <w:t>Use at least five verbs in the simple past, two chronological connectors, because and at least three feeling words.</w:t>
      </w:r>
    </w:p>
    <w:p w14:paraId="5F36E0C0" w14:textId="77777777" w:rsidR="00E77DE9" w:rsidRDefault="00000000">
      <w:r>
        <w:rPr>
          <w:i/>
        </w:rPr>
        <w:t xml:space="preserve">Optional B1 extension: explain the contrast between what you expected America to be like and what you </w:t>
      </w:r>
      <w:proofErr w:type="gramStart"/>
      <w:r>
        <w:rPr>
          <w:i/>
        </w:rPr>
        <w:t>actually experienced</w:t>
      </w:r>
      <w:proofErr w:type="gramEnd"/>
      <w:r>
        <w:rPr>
          <w:i/>
        </w:rPr>
        <w:t>.</w:t>
      </w:r>
    </w:p>
    <w:p w14:paraId="575914DE" w14:textId="77777777" w:rsidR="00E77DE9" w:rsidRDefault="00000000">
      <w:pPr>
        <w:spacing w:after="40" w:line="240" w:lineRule="auto"/>
      </w:pPr>
      <w:r>
        <w:t>_______________________________________________________________________________________________________</w:t>
      </w:r>
    </w:p>
    <w:p w14:paraId="0F8270CD" w14:textId="77777777" w:rsidR="00E77DE9" w:rsidRDefault="00000000">
      <w:pPr>
        <w:spacing w:after="40" w:line="240" w:lineRule="auto"/>
      </w:pPr>
      <w:r>
        <w:t>_______________________________________________________________________________________________________</w:t>
      </w:r>
    </w:p>
    <w:p w14:paraId="1A2E2E62" w14:textId="77777777" w:rsidR="00E77DE9" w:rsidRDefault="00000000">
      <w:pPr>
        <w:spacing w:after="40" w:line="240" w:lineRule="auto"/>
      </w:pPr>
      <w:r>
        <w:t>_______________________________________________________________________________________________________</w:t>
      </w:r>
    </w:p>
    <w:p w14:paraId="78B62B22" w14:textId="77777777" w:rsidR="00E77DE9" w:rsidRDefault="00000000">
      <w:pPr>
        <w:spacing w:after="40" w:line="240" w:lineRule="auto"/>
      </w:pPr>
      <w:r>
        <w:t>_______________________________________________________________________________________________________</w:t>
      </w:r>
    </w:p>
    <w:p w14:paraId="7FA1A6C4" w14:textId="77777777" w:rsidR="00E77DE9" w:rsidRDefault="00000000">
      <w:pPr>
        <w:spacing w:after="40" w:line="240" w:lineRule="auto"/>
      </w:pPr>
      <w:r>
        <w:t>_______________________________________________________________________________________________________</w:t>
      </w:r>
    </w:p>
    <w:p w14:paraId="7787B14C" w14:textId="77777777" w:rsidR="00E77DE9" w:rsidRDefault="00000000">
      <w:pPr>
        <w:spacing w:after="40" w:line="240" w:lineRule="auto"/>
      </w:pPr>
      <w:r>
        <w:t>_______________________________________________________________________________________________________</w:t>
      </w:r>
    </w:p>
    <w:p w14:paraId="2BA9B9CE" w14:textId="77777777" w:rsidR="00E77DE9" w:rsidRDefault="00000000">
      <w:pPr>
        <w:spacing w:after="40" w:line="240" w:lineRule="auto"/>
      </w:pPr>
      <w:r>
        <w:t>_______________________________________________________________________________________________________</w:t>
      </w:r>
    </w:p>
    <w:p w14:paraId="2949DDCB" w14:textId="77777777" w:rsidR="00E77DE9" w:rsidRDefault="00000000">
      <w:pPr>
        <w:spacing w:after="40" w:line="240" w:lineRule="auto"/>
      </w:pPr>
      <w:r>
        <w:t>_______________________________________________________________________________________________________</w:t>
      </w:r>
    </w:p>
    <w:p w14:paraId="11CE72F1" w14:textId="77777777" w:rsidR="00E77DE9" w:rsidRDefault="00000000">
      <w:pPr>
        <w:spacing w:after="40" w:line="240" w:lineRule="auto"/>
      </w:pPr>
      <w:r>
        <w:t>_______________________________________________________________________________________________________</w:t>
      </w:r>
    </w:p>
    <w:p w14:paraId="381C31E3" w14:textId="77777777" w:rsidR="00E77DE9" w:rsidRDefault="00000000">
      <w:pPr>
        <w:spacing w:after="40" w:line="240" w:lineRule="auto"/>
      </w:pPr>
      <w:r>
        <w:t>_______________________________________________________________________________________________________</w:t>
      </w:r>
    </w:p>
    <w:p w14:paraId="2CB29CFE" w14:textId="77777777" w:rsidR="00E77DE9" w:rsidRDefault="00000000">
      <w:pPr>
        <w:spacing w:after="40" w:line="240" w:lineRule="auto"/>
      </w:pPr>
      <w:r>
        <w:t>_______________________________________________________________________________________________________</w:t>
      </w:r>
    </w:p>
    <w:p w14:paraId="5B3D99B5" w14:textId="77777777" w:rsidR="00E77DE9" w:rsidRDefault="00000000">
      <w:pPr>
        <w:spacing w:after="40" w:line="240" w:lineRule="auto"/>
      </w:pPr>
      <w:r>
        <w:t>_______________________________________________________________________________________________________</w:t>
      </w:r>
    </w:p>
    <w:p w14:paraId="653EA1FF" w14:textId="4BE2A628" w:rsidR="00E77DE9" w:rsidRPr="004175E9" w:rsidRDefault="00000000">
      <w:pPr>
        <w:spacing w:before="140" w:after="60"/>
      </w:pPr>
      <w:r w:rsidRPr="004175E9">
        <w:rPr>
          <w:b/>
          <w:color w:val="17365D"/>
          <w:sz w:val="24"/>
        </w:rPr>
        <w:t>5</w:t>
      </w:r>
      <w:r w:rsidR="00D326C9" w:rsidRPr="004175E9">
        <w:rPr>
          <w:b/>
          <w:color w:val="17365D"/>
          <w:sz w:val="24"/>
        </w:rPr>
        <w:t>)</w:t>
      </w:r>
      <w:r w:rsidRPr="004175E9">
        <w:rPr>
          <w:b/>
          <w:color w:val="17365D"/>
          <w:sz w:val="24"/>
        </w:rPr>
        <w:t xml:space="preserve">  Check and improve</w:t>
      </w:r>
    </w:p>
    <w:p w14:paraId="2ED9AD66" w14:textId="77777777" w:rsidR="00E77DE9" w:rsidRDefault="00000000" w:rsidP="00945D13">
      <w:pPr>
        <w:pStyle w:val="ListBullet"/>
        <w:numPr>
          <w:ilvl w:val="0"/>
          <w:numId w:val="0"/>
        </w:numPr>
        <w:ind w:left="360" w:hanging="360"/>
      </w:pPr>
      <w:r>
        <w:t>☐ My story is historically plausible.</w:t>
      </w:r>
    </w:p>
    <w:p w14:paraId="6FDDDBE6" w14:textId="77777777" w:rsidR="00E77DE9" w:rsidRDefault="00000000" w:rsidP="00945D13">
      <w:pPr>
        <w:pStyle w:val="ListBullet"/>
        <w:numPr>
          <w:ilvl w:val="0"/>
          <w:numId w:val="0"/>
        </w:numPr>
        <w:ind w:left="360" w:hanging="360"/>
      </w:pPr>
      <w:r>
        <w:t>☐ I used 80–110 words.</w:t>
      </w:r>
    </w:p>
    <w:p w14:paraId="2D49E916" w14:textId="77777777" w:rsidR="00E77DE9" w:rsidRDefault="00000000" w:rsidP="00945D13">
      <w:pPr>
        <w:pStyle w:val="ListBullet"/>
        <w:numPr>
          <w:ilvl w:val="0"/>
          <w:numId w:val="0"/>
        </w:numPr>
        <w:ind w:left="360" w:hanging="360"/>
      </w:pPr>
      <w:r>
        <w:t>☐ I used at least five simple-past verbs.</w:t>
      </w:r>
    </w:p>
    <w:p w14:paraId="077FC571" w14:textId="77777777" w:rsidR="00E77DE9" w:rsidRDefault="00000000" w:rsidP="00945D13">
      <w:pPr>
        <w:pStyle w:val="ListBullet"/>
        <w:numPr>
          <w:ilvl w:val="0"/>
          <w:numId w:val="0"/>
        </w:numPr>
        <w:ind w:left="360" w:hanging="360"/>
      </w:pPr>
      <w:r>
        <w:t>☐ I used at least two chronological connectors.</w:t>
      </w:r>
    </w:p>
    <w:p w14:paraId="4BC6285D" w14:textId="77777777" w:rsidR="00E77DE9" w:rsidRDefault="00000000" w:rsidP="00945D13">
      <w:pPr>
        <w:pStyle w:val="ListBullet"/>
        <w:numPr>
          <w:ilvl w:val="0"/>
          <w:numId w:val="0"/>
        </w:numPr>
        <w:ind w:left="360" w:hanging="360"/>
      </w:pPr>
      <w:r>
        <w:t>☐ I explained one cause with because.</w:t>
      </w:r>
    </w:p>
    <w:p w14:paraId="0C0746FD" w14:textId="77777777" w:rsidR="00E77DE9" w:rsidRDefault="00000000" w:rsidP="00945D13">
      <w:pPr>
        <w:pStyle w:val="ListBullet"/>
        <w:numPr>
          <w:ilvl w:val="0"/>
          <w:numId w:val="0"/>
        </w:numPr>
        <w:ind w:left="360" w:hanging="360"/>
      </w:pPr>
      <w:r>
        <w:t>☐ I used at least three feeling words.</w:t>
      </w:r>
    </w:p>
    <w:p w14:paraId="0E3B0B2A" w14:textId="77777777" w:rsidR="00E77DE9" w:rsidRDefault="00000000" w:rsidP="00945D13">
      <w:pPr>
        <w:pStyle w:val="ListBullet"/>
        <w:numPr>
          <w:ilvl w:val="0"/>
          <w:numId w:val="0"/>
        </w:numPr>
        <w:ind w:left="360" w:hanging="360"/>
      </w:pPr>
      <w:r>
        <w:t xml:space="preserve">☐ My story is </w:t>
      </w:r>
      <w:proofErr w:type="spellStart"/>
      <w:r>
        <w:t>organised</w:t>
      </w:r>
      <w:proofErr w:type="spellEnd"/>
      <w:r>
        <w:t xml:space="preserve"> and easy to follow.</w:t>
      </w:r>
    </w:p>
    <w:p w14:paraId="0A280707" w14:textId="00AB1259" w:rsidR="00E77DE9" w:rsidRDefault="00000000" w:rsidP="00945D13">
      <w:pPr>
        <w:pStyle w:val="ListBullet"/>
        <w:numPr>
          <w:ilvl w:val="0"/>
          <w:numId w:val="0"/>
        </w:numPr>
        <w:ind w:left="360" w:hanging="360"/>
      </w:pPr>
      <w:r>
        <w:t>☐ I checked capitals, punctuation and spelling.</w:t>
      </w:r>
    </w:p>
    <w:p w14:paraId="3CA256EF" w14:textId="56B450C1" w:rsidR="00E77DE9" w:rsidRDefault="006F31F6">
      <w:r>
        <w:rPr>
          <w:noProof/>
        </w:rPr>
        <w:drawing>
          <wp:anchor distT="0" distB="0" distL="114300" distR="114300" simplePos="0" relativeHeight="251676672" behindDoc="0" locked="0" layoutInCell="1" allowOverlap="1" wp14:anchorId="5E8AE6E2" wp14:editId="3CF00291">
            <wp:simplePos x="0" y="0"/>
            <wp:positionH relativeFrom="margin">
              <wp:posOffset>5306695</wp:posOffset>
            </wp:positionH>
            <wp:positionV relativeFrom="paragraph">
              <wp:posOffset>977198</wp:posOffset>
            </wp:positionV>
            <wp:extent cx="1060450" cy="630450"/>
            <wp:effectExtent l="0" t="0" r="6350" b="0"/>
            <wp:wrapNone/>
            <wp:docPr id="59706887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3045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3AEDDBED" w14:textId="510D2A6A" w:rsidR="00E77DE9" w:rsidRPr="004175E9" w:rsidRDefault="00000000">
      <w:pPr>
        <w:spacing w:before="140" w:after="60"/>
      </w:pPr>
      <w:r w:rsidRPr="004175E9">
        <w:rPr>
          <w:b/>
          <w:color w:val="17365D"/>
          <w:sz w:val="24"/>
        </w:rPr>
        <w:lastRenderedPageBreak/>
        <w:t>6</w:t>
      </w:r>
      <w:r w:rsidR="00D326C9" w:rsidRPr="004175E9">
        <w:rPr>
          <w:b/>
          <w:color w:val="17365D"/>
          <w:sz w:val="24"/>
        </w:rPr>
        <w:t>)</w:t>
      </w:r>
      <w:r w:rsidRPr="004175E9">
        <w:rPr>
          <w:b/>
          <w:color w:val="17365D"/>
          <w:sz w:val="24"/>
        </w:rPr>
        <w:t xml:space="preserve">  Share the testimony</w:t>
      </w:r>
    </w:p>
    <w:p w14:paraId="521AE96A" w14:textId="40F31742" w:rsidR="00E77DE9" w:rsidRDefault="00000000">
      <w:r>
        <w:t>Read your entry</w:t>
      </w:r>
      <w:r w:rsidR="00633D04">
        <w:t xml:space="preserve"> to your groupmates </w:t>
      </w:r>
      <w:r>
        <w:t>as if it were part of the Ellis Island Oral History Collection. While listeni</w:t>
      </w:r>
      <w:r w:rsidR="000052DF">
        <w:t>ng, your classmates will</w:t>
      </w:r>
      <w:r>
        <w:t xml:space="preserve"> identify the country, reason for leaving, difficulty and main feeling.</w:t>
      </w:r>
    </w:p>
    <w:p w14:paraId="6D796AEF" w14:textId="45F98350" w:rsidR="00E77DE9" w:rsidRDefault="00000000">
      <w:pPr>
        <w:pStyle w:val="Heading1"/>
      </w:pPr>
      <w:r>
        <w:t>My learning review</w:t>
      </w:r>
    </w:p>
    <w:tbl>
      <w:tblPr>
        <w:tblStyle w:val="TableGrid"/>
        <w:tblW w:w="0" w:type="auto"/>
        <w:jc w:val="center"/>
        <w:tblLook w:val="04A0" w:firstRow="1" w:lastRow="0" w:firstColumn="1" w:lastColumn="0" w:noHBand="0" w:noVBand="1"/>
      </w:tblPr>
      <w:tblGrid>
        <w:gridCol w:w="6768"/>
        <w:gridCol w:w="1008"/>
        <w:gridCol w:w="1008"/>
        <w:gridCol w:w="1008"/>
      </w:tblGrid>
      <w:tr w:rsidR="00E77DE9" w14:paraId="577084D4" w14:textId="77777777">
        <w:trPr>
          <w:tblHeader/>
          <w:jc w:val="center"/>
        </w:trPr>
        <w:tc>
          <w:tcPr>
            <w:tcW w:w="6768" w:type="dxa"/>
            <w:shd w:val="clear" w:color="auto" w:fill="17365D"/>
            <w:tcMar>
              <w:top w:w="100" w:type="dxa"/>
              <w:left w:w="120" w:type="dxa"/>
              <w:bottom w:w="100" w:type="dxa"/>
              <w:right w:w="120" w:type="dxa"/>
            </w:tcMar>
            <w:vAlign w:val="center"/>
          </w:tcPr>
          <w:p w14:paraId="66085473" w14:textId="6EF892D1" w:rsidR="00E77DE9" w:rsidRDefault="00000000">
            <w:pPr>
              <w:keepLines/>
              <w:jc w:val="center"/>
            </w:pPr>
            <w:r>
              <w:rPr>
                <w:b/>
                <w:color w:val="FFFFFF"/>
                <w:sz w:val="19"/>
              </w:rPr>
              <w:t>I can…</w:t>
            </w:r>
          </w:p>
        </w:tc>
        <w:tc>
          <w:tcPr>
            <w:tcW w:w="1008" w:type="dxa"/>
            <w:shd w:val="clear" w:color="auto" w:fill="17365D"/>
            <w:tcMar>
              <w:top w:w="100" w:type="dxa"/>
              <w:left w:w="120" w:type="dxa"/>
              <w:bottom w:w="100" w:type="dxa"/>
              <w:right w:w="120" w:type="dxa"/>
            </w:tcMar>
            <w:vAlign w:val="center"/>
          </w:tcPr>
          <w:p w14:paraId="689CA2E8" w14:textId="77777777" w:rsidR="00E77DE9" w:rsidRDefault="00000000">
            <w:pPr>
              <w:keepLines/>
              <w:jc w:val="center"/>
            </w:pPr>
            <w:r>
              <w:rPr>
                <w:b/>
                <w:color w:val="FFFFFF"/>
                <w:sz w:val="19"/>
              </w:rPr>
              <w:t>Not yet</w:t>
            </w:r>
          </w:p>
        </w:tc>
        <w:tc>
          <w:tcPr>
            <w:tcW w:w="1008" w:type="dxa"/>
            <w:shd w:val="clear" w:color="auto" w:fill="17365D"/>
            <w:tcMar>
              <w:top w:w="100" w:type="dxa"/>
              <w:left w:w="120" w:type="dxa"/>
              <w:bottom w:w="100" w:type="dxa"/>
              <w:right w:w="120" w:type="dxa"/>
            </w:tcMar>
            <w:vAlign w:val="center"/>
          </w:tcPr>
          <w:p w14:paraId="5C228408" w14:textId="77777777" w:rsidR="00E77DE9" w:rsidRDefault="00000000">
            <w:pPr>
              <w:keepLines/>
              <w:jc w:val="center"/>
            </w:pPr>
            <w:r>
              <w:rPr>
                <w:b/>
                <w:color w:val="FFFFFF"/>
                <w:sz w:val="19"/>
              </w:rPr>
              <w:t>Almost</w:t>
            </w:r>
          </w:p>
        </w:tc>
        <w:tc>
          <w:tcPr>
            <w:tcW w:w="1008" w:type="dxa"/>
            <w:shd w:val="clear" w:color="auto" w:fill="17365D"/>
            <w:tcMar>
              <w:top w:w="100" w:type="dxa"/>
              <w:left w:w="120" w:type="dxa"/>
              <w:bottom w:w="100" w:type="dxa"/>
              <w:right w:w="120" w:type="dxa"/>
            </w:tcMar>
            <w:vAlign w:val="center"/>
          </w:tcPr>
          <w:p w14:paraId="33301A5F" w14:textId="77777777" w:rsidR="00E77DE9" w:rsidRDefault="00000000">
            <w:pPr>
              <w:keepLines/>
              <w:jc w:val="center"/>
            </w:pPr>
            <w:r>
              <w:rPr>
                <w:b/>
                <w:color w:val="FFFFFF"/>
                <w:sz w:val="19"/>
              </w:rPr>
              <w:t>Yes</w:t>
            </w:r>
          </w:p>
        </w:tc>
      </w:tr>
      <w:tr w:rsidR="00E77DE9" w14:paraId="3111FFB9" w14:textId="77777777">
        <w:trPr>
          <w:jc w:val="center"/>
        </w:trPr>
        <w:tc>
          <w:tcPr>
            <w:tcW w:w="6768" w:type="dxa"/>
            <w:tcMar>
              <w:top w:w="100" w:type="dxa"/>
              <w:left w:w="120" w:type="dxa"/>
              <w:bottom w:w="100" w:type="dxa"/>
              <w:right w:w="120" w:type="dxa"/>
            </w:tcMar>
            <w:vAlign w:val="center"/>
          </w:tcPr>
          <w:p w14:paraId="12A49C73" w14:textId="4AE76385" w:rsidR="00E77DE9" w:rsidRDefault="00000000">
            <w:pPr>
              <w:keepLines/>
              <w:spacing w:after="0"/>
            </w:pPr>
            <w:r>
              <w:rPr>
                <w:sz w:val="19"/>
              </w:rPr>
              <w:t>identify Morris Schneider and the context of his journey.</w:t>
            </w:r>
          </w:p>
        </w:tc>
        <w:tc>
          <w:tcPr>
            <w:tcW w:w="1008" w:type="dxa"/>
            <w:tcMar>
              <w:top w:w="100" w:type="dxa"/>
              <w:left w:w="120" w:type="dxa"/>
              <w:bottom w:w="100" w:type="dxa"/>
              <w:right w:w="120" w:type="dxa"/>
            </w:tcMar>
            <w:vAlign w:val="center"/>
          </w:tcPr>
          <w:p w14:paraId="50129CAD" w14:textId="77777777" w:rsidR="00E77DE9" w:rsidRDefault="00000000">
            <w:pPr>
              <w:keepLines/>
              <w:spacing w:after="0"/>
            </w:pPr>
            <w:r>
              <w:rPr>
                <w:sz w:val="19"/>
              </w:rPr>
              <w:t>☐</w:t>
            </w:r>
          </w:p>
        </w:tc>
        <w:tc>
          <w:tcPr>
            <w:tcW w:w="1008" w:type="dxa"/>
            <w:tcMar>
              <w:top w:w="100" w:type="dxa"/>
              <w:left w:w="120" w:type="dxa"/>
              <w:bottom w:w="100" w:type="dxa"/>
              <w:right w:w="120" w:type="dxa"/>
            </w:tcMar>
            <w:vAlign w:val="center"/>
          </w:tcPr>
          <w:p w14:paraId="75117BD3" w14:textId="77777777" w:rsidR="00E77DE9" w:rsidRDefault="00000000">
            <w:pPr>
              <w:keepLines/>
              <w:spacing w:after="0"/>
            </w:pPr>
            <w:r>
              <w:rPr>
                <w:sz w:val="19"/>
              </w:rPr>
              <w:t>☐</w:t>
            </w:r>
          </w:p>
        </w:tc>
        <w:tc>
          <w:tcPr>
            <w:tcW w:w="1008" w:type="dxa"/>
            <w:tcMar>
              <w:top w:w="100" w:type="dxa"/>
              <w:left w:w="120" w:type="dxa"/>
              <w:bottom w:w="100" w:type="dxa"/>
              <w:right w:w="120" w:type="dxa"/>
            </w:tcMar>
            <w:vAlign w:val="center"/>
          </w:tcPr>
          <w:p w14:paraId="3AC84BD5" w14:textId="77777777" w:rsidR="00E77DE9" w:rsidRDefault="00000000">
            <w:pPr>
              <w:keepLines/>
              <w:spacing w:after="0"/>
            </w:pPr>
            <w:r>
              <w:rPr>
                <w:sz w:val="19"/>
              </w:rPr>
              <w:t>☐</w:t>
            </w:r>
          </w:p>
        </w:tc>
      </w:tr>
      <w:tr w:rsidR="00E77DE9" w14:paraId="243B4E77" w14:textId="77777777">
        <w:trPr>
          <w:jc w:val="center"/>
        </w:trPr>
        <w:tc>
          <w:tcPr>
            <w:tcW w:w="6768" w:type="dxa"/>
            <w:shd w:val="clear" w:color="auto" w:fill="F3F6FA"/>
            <w:tcMar>
              <w:top w:w="100" w:type="dxa"/>
              <w:left w:w="120" w:type="dxa"/>
              <w:bottom w:w="100" w:type="dxa"/>
              <w:right w:w="120" w:type="dxa"/>
            </w:tcMar>
            <w:vAlign w:val="center"/>
          </w:tcPr>
          <w:p w14:paraId="1A8C31C7" w14:textId="77777777" w:rsidR="00E77DE9" w:rsidRDefault="00000000">
            <w:pPr>
              <w:keepLines/>
              <w:spacing w:after="0"/>
            </w:pPr>
            <w:r>
              <w:rPr>
                <w:sz w:val="19"/>
              </w:rPr>
              <w:t>understand the main information in an authentic testimony.</w:t>
            </w:r>
          </w:p>
        </w:tc>
        <w:tc>
          <w:tcPr>
            <w:tcW w:w="1008" w:type="dxa"/>
            <w:shd w:val="clear" w:color="auto" w:fill="F3F6FA"/>
            <w:tcMar>
              <w:top w:w="100" w:type="dxa"/>
              <w:left w:w="120" w:type="dxa"/>
              <w:bottom w:w="100" w:type="dxa"/>
              <w:right w:w="120" w:type="dxa"/>
            </w:tcMar>
            <w:vAlign w:val="center"/>
          </w:tcPr>
          <w:p w14:paraId="0F5E6368" w14:textId="77777777" w:rsidR="00E77DE9" w:rsidRDefault="00000000">
            <w:pPr>
              <w:keepLines/>
              <w:spacing w:after="0"/>
            </w:pPr>
            <w:r>
              <w:rPr>
                <w:sz w:val="19"/>
              </w:rPr>
              <w:t>☐</w:t>
            </w:r>
          </w:p>
        </w:tc>
        <w:tc>
          <w:tcPr>
            <w:tcW w:w="1008" w:type="dxa"/>
            <w:shd w:val="clear" w:color="auto" w:fill="F3F6FA"/>
            <w:tcMar>
              <w:top w:w="100" w:type="dxa"/>
              <w:left w:w="120" w:type="dxa"/>
              <w:bottom w:w="100" w:type="dxa"/>
              <w:right w:w="120" w:type="dxa"/>
            </w:tcMar>
            <w:vAlign w:val="center"/>
          </w:tcPr>
          <w:p w14:paraId="33184487" w14:textId="77777777" w:rsidR="00E77DE9" w:rsidRDefault="00000000">
            <w:pPr>
              <w:keepLines/>
              <w:spacing w:after="0"/>
            </w:pPr>
            <w:r>
              <w:rPr>
                <w:sz w:val="19"/>
              </w:rPr>
              <w:t>☐</w:t>
            </w:r>
          </w:p>
        </w:tc>
        <w:tc>
          <w:tcPr>
            <w:tcW w:w="1008" w:type="dxa"/>
            <w:shd w:val="clear" w:color="auto" w:fill="F3F6FA"/>
            <w:tcMar>
              <w:top w:w="100" w:type="dxa"/>
              <w:left w:w="120" w:type="dxa"/>
              <w:bottom w:w="100" w:type="dxa"/>
              <w:right w:w="120" w:type="dxa"/>
            </w:tcMar>
            <w:vAlign w:val="center"/>
          </w:tcPr>
          <w:p w14:paraId="4509CE47" w14:textId="77777777" w:rsidR="00E77DE9" w:rsidRDefault="00000000">
            <w:pPr>
              <w:keepLines/>
              <w:spacing w:after="0"/>
            </w:pPr>
            <w:r>
              <w:rPr>
                <w:sz w:val="19"/>
              </w:rPr>
              <w:t>☐</w:t>
            </w:r>
          </w:p>
        </w:tc>
      </w:tr>
      <w:tr w:rsidR="00E77DE9" w14:paraId="7042314E" w14:textId="77777777">
        <w:trPr>
          <w:jc w:val="center"/>
        </w:trPr>
        <w:tc>
          <w:tcPr>
            <w:tcW w:w="6768" w:type="dxa"/>
            <w:tcMar>
              <w:top w:w="100" w:type="dxa"/>
              <w:left w:w="120" w:type="dxa"/>
              <w:bottom w:w="100" w:type="dxa"/>
              <w:right w:w="120" w:type="dxa"/>
            </w:tcMar>
            <w:vAlign w:val="center"/>
          </w:tcPr>
          <w:p w14:paraId="123DE873" w14:textId="4F79DAD0" w:rsidR="00E77DE9" w:rsidRDefault="00000000">
            <w:pPr>
              <w:keepLines/>
              <w:spacing w:after="0"/>
            </w:pPr>
            <w:r>
              <w:rPr>
                <w:sz w:val="19"/>
              </w:rPr>
              <w:t>pick out details from an audio recording.</w:t>
            </w:r>
          </w:p>
        </w:tc>
        <w:tc>
          <w:tcPr>
            <w:tcW w:w="1008" w:type="dxa"/>
            <w:tcMar>
              <w:top w:w="100" w:type="dxa"/>
              <w:left w:w="120" w:type="dxa"/>
              <w:bottom w:w="100" w:type="dxa"/>
              <w:right w:w="120" w:type="dxa"/>
            </w:tcMar>
            <w:vAlign w:val="center"/>
          </w:tcPr>
          <w:p w14:paraId="6C0B469C" w14:textId="77777777" w:rsidR="00E77DE9" w:rsidRDefault="00000000">
            <w:pPr>
              <w:keepLines/>
              <w:spacing w:after="0"/>
            </w:pPr>
            <w:r>
              <w:rPr>
                <w:sz w:val="19"/>
              </w:rPr>
              <w:t>☐</w:t>
            </w:r>
          </w:p>
        </w:tc>
        <w:tc>
          <w:tcPr>
            <w:tcW w:w="1008" w:type="dxa"/>
            <w:tcMar>
              <w:top w:w="100" w:type="dxa"/>
              <w:left w:w="120" w:type="dxa"/>
              <w:bottom w:w="100" w:type="dxa"/>
              <w:right w:w="120" w:type="dxa"/>
            </w:tcMar>
            <w:vAlign w:val="center"/>
          </w:tcPr>
          <w:p w14:paraId="07A0CFC7" w14:textId="77777777" w:rsidR="00E77DE9" w:rsidRDefault="00000000">
            <w:pPr>
              <w:keepLines/>
              <w:spacing w:after="0"/>
            </w:pPr>
            <w:r>
              <w:rPr>
                <w:sz w:val="19"/>
              </w:rPr>
              <w:t>☐</w:t>
            </w:r>
          </w:p>
        </w:tc>
        <w:tc>
          <w:tcPr>
            <w:tcW w:w="1008" w:type="dxa"/>
            <w:tcMar>
              <w:top w:w="100" w:type="dxa"/>
              <w:left w:w="120" w:type="dxa"/>
              <w:bottom w:w="100" w:type="dxa"/>
              <w:right w:w="120" w:type="dxa"/>
            </w:tcMar>
            <w:vAlign w:val="center"/>
          </w:tcPr>
          <w:p w14:paraId="3F4FB792" w14:textId="77777777" w:rsidR="00E77DE9" w:rsidRDefault="00000000">
            <w:pPr>
              <w:keepLines/>
              <w:spacing w:after="0"/>
            </w:pPr>
            <w:r>
              <w:rPr>
                <w:sz w:val="19"/>
              </w:rPr>
              <w:t>☐</w:t>
            </w:r>
          </w:p>
        </w:tc>
      </w:tr>
      <w:tr w:rsidR="00E77DE9" w14:paraId="6D15714A" w14:textId="77777777">
        <w:trPr>
          <w:jc w:val="center"/>
        </w:trPr>
        <w:tc>
          <w:tcPr>
            <w:tcW w:w="6768" w:type="dxa"/>
            <w:shd w:val="clear" w:color="auto" w:fill="F3F6FA"/>
            <w:tcMar>
              <w:top w:w="100" w:type="dxa"/>
              <w:left w:w="120" w:type="dxa"/>
              <w:bottom w:w="100" w:type="dxa"/>
              <w:right w:w="120" w:type="dxa"/>
            </w:tcMar>
            <w:vAlign w:val="center"/>
          </w:tcPr>
          <w:p w14:paraId="366A724D" w14:textId="2FAB8F14" w:rsidR="00E77DE9" w:rsidRDefault="00000000">
            <w:pPr>
              <w:keepLines/>
              <w:spacing w:after="0"/>
            </w:pPr>
            <w:r>
              <w:rPr>
                <w:sz w:val="19"/>
              </w:rPr>
              <w:t>use a transcript to find and justify information.</w:t>
            </w:r>
          </w:p>
        </w:tc>
        <w:tc>
          <w:tcPr>
            <w:tcW w:w="1008" w:type="dxa"/>
            <w:shd w:val="clear" w:color="auto" w:fill="F3F6FA"/>
            <w:tcMar>
              <w:top w:w="100" w:type="dxa"/>
              <w:left w:w="120" w:type="dxa"/>
              <w:bottom w:w="100" w:type="dxa"/>
              <w:right w:w="120" w:type="dxa"/>
            </w:tcMar>
            <w:vAlign w:val="center"/>
          </w:tcPr>
          <w:p w14:paraId="2CAFBC48" w14:textId="77777777" w:rsidR="00E77DE9" w:rsidRDefault="00000000">
            <w:pPr>
              <w:keepLines/>
              <w:spacing w:after="0"/>
            </w:pPr>
            <w:r>
              <w:rPr>
                <w:sz w:val="19"/>
              </w:rPr>
              <w:t>☐</w:t>
            </w:r>
          </w:p>
        </w:tc>
        <w:tc>
          <w:tcPr>
            <w:tcW w:w="1008" w:type="dxa"/>
            <w:shd w:val="clear" w:color="auto" w:fill="F3F6FA"/>
            <w:tcMar>
              <w:top w:w="100" w:type="dxa"/>
              <w:left w:w="120" w:type="dxa"/>
              <w:bottom w:w="100" w:type="dxa"/>
              <w:right w:w="120" w:type="dxa"/>
            </w:tcMar>
            <w:vAlign w:val="center"/>
          </w:tcPr>
          <w:p w14:paraId="6CD6D47F" w14:textId="77777777" w:rsidR="00E77DE9" w:rsidRDefault="00000000">
            <w:pPr>
              <w:keepLines/>
              <w:spacing w:after="0"/>
            </w:pPr>
            <w:r>
              <w:rPr>
                <w:sz w:val="19"/>
              </w:rPr>
              <w:t>☐</w:t>
            </w:r>
          </w:p>
        </w:tc>
        <w:tc>
          <w:tcPr>
            <w:tcW w:w="1008" w:type="dxa"/>
            <w:shd w:val="clear" w:color="auto" w:fill="F3F6FA"/>
            <w:tcMar>
              <w:top w:w="100" w:type="dxa"/>
              <w:left w:w="120" w:type="dxa"/>
              <w:bottom w:w="100" w:type="dxa"/>
              <w:right w:w="120" w:type="dxa"/>
            </w:tcMar>
            <w:vAlign w:val="center"/>
          </w:tcPr>
          <w:p w14:paraId="08A2EAC6" w14:textId="77777777" w:rsidR="00E77DE9" w:rsidRDefault="00000000">
            <w:pPr>
              <w:keepLines/>
              <w:spacing w:after="0"/>
            </w:pPr>
            <w:r>
              <w:rPr>
                <w:sz w:val="19"/>
              </w:rPr>
              <w:t>☐</w:t>
            </w:r>
          </w:p>
        </w:tc>
      </w:tr>
      <w:tr w:rsidR="00E77DE9" w14:paraId="25A78ADC" w14:textId="77777777">
        <w:trPr>
          <w:jc w:val="center"/>
        </w:trPr>
        <w:tc>
          <w:tcPr>
            <w:tcW w:w="6768" w:type="dxa"/>
            <w:tcMar>
              <w:top w:w="100" w:type="dxa"/>
              <w:left w:w="120" w:type="dxa"/>
              <w:bottom w:w="100" w:type="dxa"/>
              <w:right w:w="120" w:type="dxa"/>
            </w:tcMar>
            <w:vAlign w:val="center"/>
          </w:tcPr>
          <w:p w14:paraId="6AA80909" w14:textId="5FCB67D7" w:rsidR="00E77DE9" w:rsidRDefault="00000000">
            <w:pPr>
              <w:keepLines/>
              <w:spacing w:after="0"/>
            </w:pPr>
            <w:r>
              <w:rPr>
                <w:sz w:val="19"/>
              </w:rPr>
              <w:t>describe conditions, sensations and feelings.</w:t>
            </w:r>
          </w:p>
        </w:tc>
        <w:tc>
          <w:tcPr>
            <w:tcW w:w="1008" w:type="dxa"/>
            <w:tcMar>
              <w:top w:w="100" w:type="dxa"/>
              <w:left w:w="120" w:type="dxa"/>
              <w:bottom w:w="100" w:type="dxa"/>
              <w:right w:w="120" w:type="dxa"/>
            </w:tcMar>
            <w:vAlign w:val="center"/>
          </w:tcPr>
          <w:p w14:paraId="4B6F8080" w14:textId="77777777" w:rsidR="00E77DE9" w:rsidRDefault="00000000">
            <w:pPr>
              <w:keepLines/>
              <w:spacing w:after="0"/>
            </w:pPr>
            <w:r>
              <w:rPr>
                <w:sz w:val="19"/>
              </w:rPr>
              <w:t>☐</w:t>
            </w:r>
          </w:p>
        </w:tc>
        <w:tc>
          <w:tcPr>
            <w:tcW w:w="1008" w:type="dxa"/>
            <w:tcMar>
              <w:top w:w="100" w:type="dxa"/>
              <w:left w:w="120" w:type="dxa"/>
              <w:bottom w:w="100" w:type="dxa"/>
              <w:right w:w="120" w:type="dxa"/>
            </w:tcMar>
            <w:vAlign w:val="center"/>
          </w:tcPr>
          <w:p w14:paraId="0FA18D5D" w14:textId="77777777" w:rsidR="00E77DE9" w:rsidRDefault="00000000">
            <w:pPr>
              <w:keepLines/>
              <w:spacing w:after="0"/>
            </w:pPr>
            <w:r>
              <w:rPr>
                <w:sz w:val="19"/>
              </w:rPr>
              <w:t>☐</w:t>
            </w:r>
          </w:p>
        </w:tc>
        <w:tc>
          <w:tcPr>
            <w:tcW w:w="1008" w:type="dxa"/>
            <w:tcMar>
              <w:top w:w="100" w:type="dxa"/>
              <w:left w:w="120" w:type="dxa"/>
              <w:bottom w:w="100" w:type="dxa"/>
              <w:right w:w="120" w:type="dxa"/>
            </w:tcMar>
            <w:vAlign w:val="center"/>
          </w:tcPr>
          <w:p w14:paraId="43B8DA9D" w14:textId="77777777" w:rsidR="00E77DE9" w:rsidRDefault="00000000">
            <w:pPr>
              <w:keepLines/>
              <w:spacing w:after="0"/>
            </w:pPr>
            <w:r>
              <w:rPr>
                <w:sz w:val="19"/>
              </w:rPr>
              <w:t>☐</w:t>
            </w:r>
          </w:p>
        </w:tc>
      </w:tr>
      <w:tr w:rsidR="00E77DE9" w14:paraId="3AE05743" w14:textId="77777777">
        <w:trPr>
          <w:jc w:val="center"/>
        </w:trPr>
        <w:tc>
          <w:tcPr>
            <w:tcW w:w="6768" w:type="dxa"/>
            <w:shd w:val="clear" w:color="auto" w:fill="F3F6FA"/>
            <w:tcMar>
              <w:top w:w="100" w:type="dxa"/>
              <w:left w:w="120" w:type="dxa"/>
              <w:bottom w:w="100" w:type="dxa"/>
              <w:right w:w="120" w:type="dxa"/>
            </w:tcMar>
            <w:vAlign w:val="center"/>
          </w:tcPr>
          <w:p w14:paraId="2786DAE3" w14:textId="3B1F0D56" w:rsidR="00E77DE9" w:rsidRDefault="00000000">
            <w:pPr>
              <w:keepLines/>
              <w:spacing w:after="0"/>
            </w:pPr>
            <w:r>
              <w:rPr>
                <w:sz w:val="19"/>
              </w:rPr>
              <w:t>use the simple past and chronological connectors.</w:t>
            </w:r>
          </w:p>
        </w:tc>
        <w:tc>
          <w:tcPr>
            <w:tcW w:w="1008" w:type="dxa"/>
            <w:shd w:val="clear" w:color="auto" w:fill="F3F6FA"/>
            <w:tcMar>
              <w:top w:w="100" w:type="dxa"/>
              <w:left w:w="120" w:type="dxa"/>
              <w:bottom w:w="100" w:type="dxa"/>
              <w:right w:w="120" w:type="dxa"/>
            </w:tcMar>
            <w:vAlign w:val="center"/>
          </w:tcPr>
          <w:p w14:paraId="7B87FC72" w14:textId="77777777" w:rsidR="00E77DE9" w:rsidRDefault="00000000">
            <w:pPr>
              <w:keepLines/>
              <w:spacing w:after="0"/>
            </w:pPr>
            <w:r>
              <w:rPr>
                <w:sz w:val="19"/>
              </w:rPr>
              <w:t>☐</w:t>
            </w:r>
          </w:p>
        </w:tc>
        <w:tc>
          <w:tcPr>
            <w:tcW w:w="1008" w:type="dxa"/>
            <w:shd w:val="clear" w:color="auto" w:fill="F3F6FA"/>
            <w:tcMar>
              <w:top w:w="100" w:type="dxa"/>
              <w:left w:w="120" w:type="dxa"/>
              <w:bottom w:w="100" w:type="dxa"/>
              <w:right w:w="120" w:type="dxa"/>
            </w:tcMar>
            <w:vAlign w:val="center"/>
          </w:tcPr>
          <w:p w14:paraId="2AEC9448" w14:textId="77777777" w:rsidR="00E77DE9" w:rsidRDefault="00000000">
            <w:pPr>
              <w:keepLines/>
              <w:spacing w:after="0"/>
            </w:pPr>
            <w:r>
              <w:rPr>
                <w:sz w:val="19"/>
              </w:rPr>
              <w:t>☐</w:t>
            </w:r>
          </w:p>
        </w:tc>
        <w:tc>
          <w:tcPr>
            <w:tcW w:w="1008" w:type="dxa"/>
            <w:shd w:val="clear" w:color="auto" w:fill="F3F6FA"/>
            <w:tcMar>
              <w:top w:w="100" w:type="dxa"/>
              <w:left w:w="120" w:type="dxa"/>
              <w:bottom w:w="100" w:type="dxa"/>
              <w:right w:w="120" w:type="dxa"/>
            </w:tcMar>
            <w:vAlign w:val="center"/>
          </w:tcPr>
          <w:p w14:paraId="5101532A" w14:textId="77777777" w:rsidR="00E77DE9" w:rsidRDefault="00000000">
            <w:pPr>
              <w:keepLines/>
              <w:spacing w:after="0"/>
            </w:pPr>
            <w:r>
              <w:rPr>
                <w:sz w:val="19"/>
              </w:rPr>
              <w:t>☐</w:t>
            </w:r>
          </w:p>
        </w:tc>
      </w:tr>
      <w:tr w:rsidR="00E77DE9" w14:paraId="4C67B535" w14:textId="77777777">
        <w:trPr>
          <w:jc w:val="center"/>
        </w:trPr>
        <w:tc>
          <w:tcPr>
            <w:tcW w:w="6768" w:type="dxa"/>
            <w:tcMar>
              <w:top w:w="100" w:type="dxa"/>
              <w:left w:w="120" w:type="dxa"/>
              <w:bottom w:w="100" w:type="dxa"/>
              <w:right w:w="120" w:type="dxa"/>
            </w:tcMar>
            <w:vAlign w:val="center"/>
          </w:tcPr>
          <w:p w14:paraId="4B80797C" w14:textId="2D69109F" w:rsidR="00E77DE9" w:rsidRDefault="00000000">
            <w:pPr>
              <w:keepLines/>
              <w:spacing w:after="0"/>
            </w:pPr>
            <w:r>
              <w:rPr>
                <w:sz w:val="19"/>
              </w:rPr>
              <w:t>pronounce regular past forms more accurately.</w:t>
            </w:r>
          </w:p>
        </w:tc>
        <w:tc>
          <w:tcPr>
            <w:tcW w:w="1008" w:type="dxa"/>
            <w:tcMar>
              <w:top w:w="100" w:type="dxa"/>
              <w:left w:w="120" w:type="dxa"/>
              <w:bottom w:w="100" w:type="dxa"/>
              <w:right w:w="120" w:type="dxa"/>
            </w:tcMar>
            <w:vAlign w:val="center"/>
          </w:tcPr>
          <w:p w14:paraId="1AC16337" w14:textId="77777777" w:rsidR="00E77DE9" w:rsidRDefault="00000000">
            <w:pPr>
              <w:keepLines/>
              <w:spacing w:after="0"/>
            </w:pPr>
            <w:r>
              <w:rPr>
                <w:sz w:val="19"/>
              </w:rPr>
              <w:t>☐</w:t>
            </w:r>
          </w:p>
        </w:tc>
        <w:tc>
          <w:tcPr>
            <w:tcW w:w="1008" w:type="dxa"/>
            <w:tcMar>
              <w:top w:w="100" w:type="dxa"/>
              <w:left w:w="120" w:type="dxa"/>
              <w:bottom w:w="100" w:type="dxa"/>
              <w:right w:w="120" w:type="dxa"/>
            </w:tcMar>
            <w:vAlign w:val="center"/>
          </w:tcPr>
          <w:p w14:paraId="0807EE4E" w14:textId="77777777" w:rsidR="00E77DE9" w:rsidRDefault="00000000">
            <w:pPr>
              <w:keepLines/>
              <w:spacing w:after="0"/>
            </w:pPr>
            <w:r>
              <w:rPr>
                <w:sz w:val="19"/>
              </w:rPr>
              <w:t>☐</w:t>
            </w:r>
          </w:p>
        </w:tc>
        <w:tc>
          <w:tcPr>
            <w:tcW w:w="1008" w:type="dxa"/>
            <w:tcMar>
              <w:top w:w="100" w:type="dxa"/>
              <w:left w:w="120" w:type="dxa"/>
              <w:bottom w:w="100" w:type="dxa"/>
              <w:right w:w="120" w:type="dxa"/>
            </w:tcMar>
            <w:vAlign w:val="center"/>
          </w:tcPr>
          <w:p w14:paraId="334DD817" w14:textId="77777777" w:rsidR="00E77DE9" w:rsidRDefault="00000000">
            <w:pPr>
              <w:keepLines/>
              <w:spacing w:after="0"/>
            </w:pPr>
            <w:r>
              <w:rPr>
                <w:sz w:val="19"/>
              </w:rPr>
              <w:t>☐</w:t>
            </w:r>
          </w:p>
        </w:tc>
      </w:tr>
      <w:tr w:rsidR="00E77DE9" w14:paraId="49990A01" w14:textId="77777777">
        <w:trPr>
          <w:jc w:val="center"/>
        </w:trPr>
        <w:tc>
          <w:tcPr>
            <w:tcW w:w="6768" w:type="dxa"/>
            <w:shd w:val="clear" w:color="auto" w:fill="F3F6FA"/>
            <w:tcMar>
              <w:top w:w="100" w:type="dxa"/>
              <w:left w:w="120" w:type="dxa"/>
              <w:bottom w:w="100" w:type="dxa"/>
              <w:right w:w="120" w:type="dxa"/>
            </w:tcMar>
            <w:vAlign w:val="center"/>
          </w:tcPr>
          <w:p w14:paraId="419F9DB4" w14:textId="77777777" w:rsidR="00E77DE9" w:rsidRDefault="00000000">
            <w:pPr>
              <w:keepLines/>
              <w:spacing w:after="0"/>
            </w:pPr>
            <w:r>
              <w:rPr>
                <w:sz w:val="19"/>
              </w:rPr>
              <w:t>write a plausible story about a past journey.</w:t>
            </w:r>
          </w:p>
        </w:tc>
        <w:tc>
          <w:tcPr>
            <w:tcW w:w="1008" w:type="dxa"/>
            <w:shd w:val="clear" w:color="auto" w:fill="F3F6FA"/>
            <w:tcMar>
              <w:top w:w="100" w:type="dxa"/>
              <w:left w:w="120" w:type="dxa"/>
              <w:bottom w:w="100" w:type="dxa"/>
              <w:right w:w="120" w:type="dxa"/>
            </w:tcMar>
            <w:vAlign w:val="center"/>
          </w:tcPr>
          <w:p w14:paraId="2371C800" w14:textId="77777777" w:rsidR="00E77DE9" w:rsidRDefault="00000000">
            <w:pPr>
              <w:keepLines/>
              <w:spacing w:after="0"/>
            </w:pPr>
            <w:r>
              <w:rPr>
                <w:sz w:val="19"/>
              </w:rPr>
              <w:t>☐</w:t>
            </w:r>
          </w:p>
        </w:tc>
        <w:tc>
          <w:tcPr>
            <w:tcW w:w="1008" w:type="dxa"/>
            <w:shd w:val="clear" w:color="auto" w:fill="F3F6FA"/>
            <w:tcMar>
              <w:top w:w="100" w:type="dxa"/>
              <w:left w:w="120" w:type="dxa"/>
              <w:bottom w:w="100" w:type="dxa"/>
              <w:right w:w="120" w:type="dxa"/>
            </w:tcMar>
            <w:vAlign w:val="center"/>
          </w:tcPr>
          <w:p w14:paraId="5F127806" w14:textId="77777777" w:rsidR="00E77DE9" w:rsidRDefault="00000000">
            <w:pPr>
              <w:keepLines/>
              <w:spacing w:after="0"/>
            </w:pPr>
            <w:r>
              <w:rPr>
                <w:sz w:val="19"/>
              </w:rPr>
              <w:t>☐</w:t>
            </w:r>
          </w:p>
        </w:tc>
        <w:tc>
          <w:tcPr>
            <w:tcW w:w="1008" w:type="dxa"/>
            <w:shd w:val="clear" w:color="auto" w:fill="F3F6FA"/>
            <w:tcMar>
              <w:top w:w="100" w:type="dxa"/>
              <w:left w:w="120" w:type="dxa"/>
              <w:bottom w:w="100" w:type="dxa"/>
              <w:right w:w="120" w:type="dxa"/>
            </w:tcMar>
            <w:vAlign w:val="center"/>
          </w:tcPr>
          <w:p w14:paraId="629357B8" w14:textId="77777777" w:rsidR="00E77DE9" w:rsidRDefault="00000000">
            <w:pPr>
              <w:keepLines/>
              <w:spacing w:after="0"/>
            </w:pPr>
            <w:r>
              <w:rPr>
                <w:sz w:val="19"/>
              </w:rPr>
              <w:t>☐</w:t>
            </w:r>
          </w:p>
        </w:tc>
      </w:tr>
    </w:tbl>
    <w:p w14:paraId="0F21B23E" w14:textId="50FF29EA" w:rsidR="00E77DE9" w:rsidRDefault="00E77DE9">
      <w:pPr>
        <w:spacing w:after="0"/>
      </w:pPr>
    </w:p>
    <w:p w14:paraId="1ABF9AE4" w14:textId="224BA5E1" w:rsidR="00E77DE9" w:rsidRPr="004175E9" w:rsidRDefault="00EA4A7D">
      <w:pPr>
        <w:pStyle w:val="Heading2"/>
        <w:rPr>
          <w:sz w:val="32"/>
          <w:szCs w:val="32"/>
        </w:rPr>
      </w:pPr>
      <w:r>
        <w:rPr>
          <w:sz w:val="32"/>
          <w:szCs w:val="32"/>
        </w:rPr>
        <w:t>Reminders of key cultural facts</w:t>
      </w:r>
    </w:p>
    <w:p w14:paraId="43A5D04E" w14:textId="6584EE4C" w:rsidR="00E77DE9" w:rsidRDefault="00000000">
      <w:r>
        <w:rPr>
          <w:b/>
        </w:rPr>
        <w:t>Who was Morris Schneider?</w:t>
      </w:r>
    </w:p>
    <w:p w14:paraId="4B351202" w14:textId="7413E9D6" w:rsidR="00E77DE9" w:rsidRDefault="00000000">
      <w:pPr>
        <w:spacing w:after="40" w:line="240" w:lineRule="auto"/>
      </w:pPr>
      <w:r>
        <w:t>_______________________________________________________________________________________________________</w:t>
      </w:r>
    </w:p>
    <w:p w14:paraId="4E00B01E" w14:textId="7AB5B712" w:rsidR="00E77DE9" w:rsidRDefault="00000000">
      <w:r>
        <w:rPr>
          <w:b/>
        </w:rPr>
        <w:t>What was steerage?</w:t>
      </w:r>
    </w:p>
    <w:p w14:paraId="0B713D21" w14:textId="19E6D47D" w:rsidR="00E77DE9" w:rsidRDefault="00000000">
      <w:pPr>
        <w:spacing w:after="40" w:line="240" w:lineRule="auto"/>
      </w:pPr>
      <w:r>
        <w:t>_______________________________________________________________________________________________________</w:t>
      </w:r>
    </w:p>
    <w:p w14:paraId="1242C061" w14:textId="27129550" w:rsidR="00E77DE9" w:rsidRDefault="00000000">
      <w:r>
        <w:rPr>
          <w:b/>
        </w:rPr>
        <w:t>Why was the Statue of Liberty important to many immigrants?</w:t>
      </w:r>
    </w:p>
    <w:p w14:paraId="25DB1538" w14:textId="0436F866" w:rsidR="00E77DE9" w:rsidRDefault="00000000">
      <w:pPr>
        <w:spacing w:after="40" w:line="240" w:lineRule="auto"/>
      </w:pPr>
      <w:r>
        <w:t>_______________________________________________________________________________________________________</w:t>
      </w:r>
    </w:p>
    <w:p w14:paraId="60C9BFDC" w14:textId="29346552" w:rsidR="00E77DE9" w:rsidRDefault="00000000">
      <w:r>
        <w:rPr>
          <w:b/>
        </w:rPr>
        <w:t>What contrast makes Morris’s testimony especially interesting?</w:t>
      </w:r>
      <w:r w:rsidR="00B26701">
        <w:rPr>
          <w:b/>
        </w:rPr>
        <w:t xml:space="preserve"> (answer in French if it’s too complicated for you)</w:t>
      </w:r>
    </w:p>
    <w:p w14:paraId="3F6945AE" w14:textId="128520D0" w:rsidR="00913747" w:rsidRPr="00DB3689" w:rsidRDefault="00000000">
      <w:pPr>
        <w:spacing w:after="40" w:line="240" w:lineRule="auto"/>
        <w:rPr>
          <w:lang w:val="fr-FR"/>
        </w:rPr>
      </w:pPr>
      <w:r w:rsidRPr="00DB3689">
        <w:rPr>
          <w:lang w:val="fr-FR"/>
        </w:rPr>
        <w:t>____________________________________________________________________</w:t>
      </w:r>
      <w:r w:rsidR="00BF7FE9" w:rsidRPr="00DB3689">
        <w:rPr>
          <w:lang w:val="fr-FR"/>
        </w:rPr>
        <w:t>___________________________________</w:t>
      </w:r>
    </w:p>
    <w:p w14:paraId="467462E3" w14:textId="0AF5C542" w:rsidR="00913747" w:rsidRPr="00DB3689" w:rsidRDefault="00913747">
      <w:pPr>
        <w:rPr>
          <w:lang w:val="fr-FR"/>
        </w:rPr>
      </w:pPr>
      <w:r w:rsidRPr="00DB3689">
        <w:rPr>
          <w:lang w:val="fr-FR"/>
        </w:rPr>
        <w:t>___________________________________</w:t>
      </w:r>
      <w:r w:rsidR="000B1463" w:rsidRPr="00DB3689">
        <w:rPr>
          <w:lang w:val="fr-FR"/>
        </w:rPr>
        <w:t>_________________________________</w:t>
      </w:r>
      <w:r w:rsidR="00BF7FE9" w:rsidRPr="00DB3689">
        <w:rPr>
          <w:lang w:val="fr-FR"/>
        </w:rPr>
        <w:t>___________________________________</w:t>
      </w:r>
    </w:p>
    <w:p w14:paraId="6F6AE77F" w14:textId="29C9C2CB" w:rsidR="009A49CD" w:rsidRPr="00DB3689" w:rsidRDefault="009A49CD" w:rsidP="009A49CD">
      <w:pPr>
        <w:spacing w:after="40" w:line="240" w:lineRule="auto"/>
        <w:rPr>
          <w:lang w:val="fr-FR"/>
        </w:rPr>
      </w:pPr>
      <w:r w:rsidRPr="00DB3689">
        <w:rPr>
          <w:lang w:val="fr-FR"/>
        </w:rPr>
        <w:t>_______________________________________________________________________________________________________</w:t>
      </w:r>
      <w:r w:rsidR="00BF3490" w:rsidRPr="00DB3689">
        <w:rPr>
          <w:lang w:val="fr-FR"/>
        </w:rPr>
        <w:t xml:space="preserve"> </w:t>
      </w:r>
    </w:p>
    <w:p w14:paraId="2DCA34B4" w14:textId="320A0BD3" w:rsidR="00913747" w:rsidRPr="00DB3689" w:rsidRDefault="00913747" w:rsidP="00913747">
      <w:pPr>
        <w:spacing w:after="40" w:line="240" w:lineRule="auto"/>
        <w:rPr>
          <w:lang w:val="fr-FR"/>
        </w:rPr>
      </w:pPr>
    </w:p>
    <w:p w14:paraId="4ADCA4DF" w14:textId="0602378A" w:rsidR="00913747" w:rsidRPr="00DB3689" w:rsidRDefault="00913747" w:rsidP="00913747">
      <w:pPr>
        <w:spacing w:after="40" w:line="240" w:lineRule="auto"/>
        <w:rPr>
          <w:lang w:val="fr-FR"/>
        </w:rPr>
      </w:pPr>
    </w:p>
    <w:p w14:paraId="0EB0F47D" w14:textId="77777777" w:rsidR="009B65DF" w:rsidRPr="00DB3689" w:rsidRDefault="009B65DF" w:rsidP="00913747">
      <w:pPr>
        <w:spacing w:after="40" w:line="240" w:lineRule="auto"/>
        <w:rPr>
          <w:lang w:val="fr-FR"/>
        </w:rPr>
      </w:pPr>
    </w:p>
    <w:p w14:paraId="58776658" w14:textId="77777777" w:rsidR="009B65DF" w:rsidRPr="00DB3689" w:rsidRDefault="009B65DF" w:rsidP="00913747">
      <w:pPr>
        <w:spacing w:after="40" w:line="240" w:lineRule="auto"/>
        <w:rPr>
          <w:lang w:val="fr-FR"/>
        </w:rPr>
      </w:pPr>
    </w:p>
    <w:p w14:paraId="07D8E84E" w14:textId="77777777" w:rsidR="009B65DF" w:rsidRPr="00DB3689" w:rsidRDefault="009B65DF" w:rsidP="00913747">
      <w:pPr>
        <w:spacing w:after="40" w:line="240" w:lineRule="auto"/>
        <w:rPr>
          <w:lang w:val="fr-FR"/>
        </w:rPr>
      </w:pPr>
    </w:p>
    <w:p w14:paraId="768999A5" w14:textId="77777777" w:rsidR="009B65DF" w:rsidRPr="00DB3689" w:rsidRDefault="009B65DF" w:rsidP="00913747">
      <w:pPr>
        <w:spacing w:after="40" w:line="240" w:lineRule="auto"/>
        <w:rPr>
          <w:lang w:val="fr-FR"/>
        </w:rPr>
      </w:pPr>
    </w:p>
    <w:p w14:paraId="5F755ACB" w14:textId="26B0E6AF" w:rsidR="009B65DF" w:rsidRPr="00DB3689" w:rsidRDefault="009B65DF" w:rsidP="00913747">
      <w:pPr>
        <w:spacing w:after="40" w:line="240" w:lineRule="auto"/>
        <w:rPr>
          <w:lang w:val="fr-FR"/>
        </w:rPr>
      </w:pPr>
    </w:p>
    <w:p w14:paraId="228F6897" w14:textId="73CDB4D1" w:rsidR="009B65DF" w:rsidRPr="00DB3689" w:rsidRDefault="009B65DF" w:rsidP="00913747">
      <w:pPr>
        <w:spacing w:after="40" w:line="240" w:lineRule="auto"/>
        <w:rPr>
          <w:lang w:val="fr-FR"/>
        </w:rPr>
      </w:pPr>
    </w:p>
    <w:p w14:paraId="50C1CF4C" w14:textId="442A73C0" w:rsidR="009B65DF" w:rsidRPr="00DB3689" w:rsidRDefault="009B65DF" w:rsidP="00913747">
      <w:pPr>
        <w:spacing w:after="40" w:line="240" w:lineRule="auto"/>
        <w:rPr>
          <w:lang w:val="fr-FR"/>
        </w:rPr>
      </w:pPr>
    </w:p>
    <w:p w14:paraId="7EAD52C5" w14:textId="23D3F7A9" w:rsidR="009B65DF" w:rsidRPr="00DB3689" w:rsidRDefault="009B65DF" w:rsidP="00913747">
      <w:pPr>
        <w:spacing w:after="40" w:line="240" w:lineRule="auto"/>
        <w:rPr>
          <w:lang w:val="fr-FR"/>
        </w:rPr>
      </w:pPr>
    </w:p>
    <w:p w14:paraId="6053A8D5" w14:textId="04E78AA9" w:rsidR="009B65DF" w:rsidRPr="00DB3689" w:rsidRDefault="009B65DF" w:rsidP="00913747">
      <w:pPr>
        <w:spacing w:after="40" w:line="240" w:lineRule="auto"/>
        <w:rPr>
          <w:lang w:val="fr-FR"/>
        </w:rPr>
      </w:pPr>
    </w:p>
    <w:p w14:paraId="5F4D2C7C" w14:textId="2B030277" w:rsidR="009B65DF" w:rsidRPr="00DB3689" w:rsidRDefault="009B65DF" w:rsidP="00913747">
      <w:pPr>
        <w:spacing w:after="40" w:line="240" w:lineRule="auto"/>
        <w:rPr>
          <w:lang w:val="fr-FR"/>
        </w:rPr>
      </w:pPr>
    </w:p>
    <w:p w14:paraId="42C4A3D5" w14:textId="6B8E987F" w:rsidR="009B65DF" w:rsidRPr="00DB3689" w:rsidRDefault="009B65DF" w:rsidP="00913747">
      <w:pPr>
        <w:spacing w:after="40" w:line="240" w:lineRule="auto"/>
        <w:rPr>
          <w:lang w:val="fr-FR"/>
        </w:rPr>
      </w:pPr>
      <w:r>
        <w:rPr>
          <w:noProof/>
        </w:rPr>
        <w:drawing>
          <wp:anchor distT="0" distB="0" distL="114300" distR="114300" simplePos="0" relativeHeight="251694080" behindDoc="0" locked="0" layoutInCell="1" allowOverlap="1" wp14:anchorId="69A8CAFC" wp14:editId="587D2091">
            <wp:simplePos x="0" y="0"/>
            <wp:positionH relativeFrom="margin">
              <wp:align>right</wp:align>
            </wp:positionH>
            <wp:positionV relativeFrom="paragraph">
              <wp:posOffset>45085</wp:posOffset>
            </wp:positionV>
            <wp:extent cx="1060450" cy="630450"/>
            <wp:effectExtent l="0" t="0" r="6350" b="0"/>
            <wp:wrapNone/>
            <wp:docPr id="113732590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30450"/>
                    </a:xfrm>
                    <a:prstGeom prst="rect">
                      <a:avLst/>
                    </a:prstGeom>
                  </pic:spPr>
                </pic:pic>
              </a:graphicData>
            </a:graphic>
            <wp14:sizeRelH relativeFrom="margin">
              <wp14:pctWidth>0</wp14:pctWidth>
            </wp14:sizeRelH>
            <wp14:sizeRelV relativeFrom="margin">
              <wp14:pctHeight>0</wp14:pctHeight>
            </wp14:sizeRelV>
          </wp:anchor>
        </w:drawing>
      </w:r>
    </w:p>
    <w:p w14:paraId="5606D9DE" w14:textId="77777777" w:rsidR="009B65DF" w:rsidRPr="00DB3689" w:rsidRDefault="009B65DF" w:rsidP="00913747">
      <w:pPr>
        <w:spacing w:after="40" w:line="240" w:lineRule="auto"/>
        <w:rPr>
          <w:lang w:val="fr-FR"/>
        </w:rPr>
      </w:pPr>
    </w:p>
    <w:p w14:paraId="552EA578" w14:textId="77777777" w:rsidR="009B65DF" w:rsidRPr="00DB3689" w:rsidRDefault="009B65DF" w:rsidP="00913747">
      <w:pPr>
        <w:spacing w:after="40" w:line="240" w:lineRule="auto"/>
        <w:rPr>
          <w:lang w:val="fr-FR"/>
        </w:rPr>
      </w:pPr>
    </w:p>
    <w:p w14:paraId="74820BF4" w14:textId="77777777" w:rsidR="009B65DF" w:rsidRPr="00DB3689" w:rsidRDefault="009B65DF" w:rsidP="00913747">
      <w:pPr>
        <w:spacing w:after="40" w:line="240" w:lineRule="auto"/>
        <w:rPr>
          <w:lang w:val="fr-FR"/>
        </w:rPr>
      </w:pPr>
    </w:p>
    <w:p w14:paraId="62A31DDD" w14:textId="3D94E170" w:rsidR="009B65DF" w:rsidRPr="00DB3689" w:rsidRDefault="009B65DF" w:rsidP="009B65DF">
      <w:pPr>
        <w:spacing w:after="40" w:line="240" w:lineRule="auto"/>
        <w:jc w:val="center"/>
        <w:rPr>
          <w:i/>
          <w:iCs/>
          <w:sz w:val="40"/>
          <w:szCs w:val="40"/>
          <w:lang w:val="fr-FR"/>
        </w:rPr>
      </w:pPr>
      <w:r w:rsidRPr="00DB3689">
        <w:rPr>
          <w:b/>
          <w:i/>
          <w:iCs/>
          <w:sz w:val="40"/>
          <w:szCs w:val="40"/>
          <w:lang w:val="fr-FR"/>
        </w:rPr>
        <w:t xml:space="preserve">MY LEARNING WHEEL </w:t>
      </w:r>
    </w:p>
    <w:p w14:paraId="09197C04" w14:textId="77777777" w:rsidR="009B65DF" w:rsidRDefault="009B65DF" w:rsidP="009B65DF">
      <w:pPr>
        <w:spacing w:after="40" w:line="240" w:lineRule="auto"/>
        <w:jc w:val="center"/>
        <w:rPr>
          <w:i/>
          <w:iCs/>
          <w:lang w:val="fr-FR"/>
        </w:rPr>
      </w:pPr>
    </w:p>
    <w:p w14:paraId="09CBAF6B" w14:textId="1FE4017B" w:rsidR="009B65DF" w:rsidRPr="009B65DF" w:rsidRDefault="009B65DF" w:rsidP="009B65DF">
      <w:pPr>
        <w:spacing w:after="40" w:line="240" w:lineRule="auto"/>
        <w:jc w:val="center"/>
        <w:rPr>
          <w:lang w:val="fr-FR"/>
        </w:rPr>
      </w:pPr>
      <w:r w:rsidRPr="009B65DF">
        <w:rPr>
          <w:i/>
          <w:iCs/>
          <w:lang w:val="fr-FR"/>
        </w:rPr>
        <w:t>Les acquis essentiels de la séquence</w:t>
      </w:r>
    </w:p>
    <w:p w14:paraId="3940E121" w14:textId="77777777" w:rsidR="009B65DF" w:rsidRPr="009B65DF" w:rsidRDefault="009B65DF" w:rsidP="00913747">
      <w:pPr>
        <w:spacing w:after="40" w:line="240" w:lineRule="auto"/>
        <w:rPr>
          <w:lang w:val="fr-FR"/>
        </w:rPr>
      </w:pPr>
    </w:p>
    <w:p w14:paraId="4B7479FA" w14:textId="20627338" w:rsidR="009B65DF" w:rsidRPr="009B65DF" w:rsidRDefault="009B65DF" w:rsidP="00913747">
      <w:pPr>
        <w:spacing w:after="40" w:line="240" w:lineRule="auto"/>
        <w:rPr>
          <w:lang w:val="fr-FR"/>
        </w:rPr>
      </w:pPr>
      <w:r>
        <w:rPr>
          <w:noProof/>
        </w:rPr>
        <w:drawing>
          <wp:anchor distT="0" distB="0" distL="114300" distR="114300" simplePos="0" relativeHeight="251692032" behindDoc="0" locked="0" layoutInCell="1" allowOverlap="1" wp14:anchorId="5BADA896" wp14:editId="7BEAF0E0">
            <wp:simplePos x="0" y="0"/>
            <wp:positionH relativeFrom="margin">
              <wp:align>center</wp:align>
            </wp:positionH>
            <wp:positionV relativeFrom="paragraph">
              <wp:posOffset>32385</wp:posOffset>
            </wp:positionV>
            <wp:extent cx="5989320" cy="5989320"/>
            <wp:effectExtent l="0" t="0" r="0" b="0"/>
            <wp:wrapNone/>
            <wp:docPr id="2142665593" name="Picture 2142665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65593" name="Picture 2142665593"/>
                    <pic:cNvPicPr>
                      <a:picLocks noChangeAspect="1"/>
                    </pic:cNvPicPr>
                  </pic:nvPicPr>
                  <pic:blipFill>
                    <a:blip r:embed="rId15"/>
                    <a:stretch>
                      <a:fillRect/>
                    </a:stretch>
                  </pic:blipFill>
                  <pic:spPr>
                    <a:xfrm>
                      <a:off x="0" y="0"/>
                      <a:ext cx="5989320" cy="5989320"/>
                    </a:xfrm>
                    <a:prstGeom prst="rect">
                      <a:avLst/>
                    </a:prstGeom>
                  </pic:spPr>
                </pic:pic>
              </a:graphicData>
            </a:graphic>
          </wp:anchor>
        </w:drawing>
      </w:r>
    </w:p>
    <w:p w14:paraId="617BF3D5" w14:textId="010B0F9C" w:rsidR="00913747" w:rsidRPr="00DB3689" w:rsidRDefault="00913747" w:rsidP="00913747">
      <w:pPr>
        <w:spacing w:after="40" w:line="240" w:lineRule="auto"/>
        <w:rPr>
          <w:lang w:val="fr-FR"/>
        </w:rPr>
      </w:pPr>
    </w:p>
    <w:p w14:paraId="7A0D497A" w14:textId="72C3D5F0" w:rsidR="00913747" w:rsidRPr="00DB3689" w:rsidRDefault="00913747" w:rsidP="00913747">
      <w:pPr>
        <w:spacing w:after="40" w:line="240" w:lineRule="auto"/>
        <w:rPr>
          <w:lang w:val="fr-FR"/>
        </w:rPr>
      </w:pPr>
    </w:p>
    <w:p w14:paraId="33EBE627" w14:textId="5432D6F8" w:rsidR="00913747" w:rsidRPr="00DB3689" w:rsidRDefault="00913747" w:rsidP="00913747">
      <w:pPr>
        <w:spacing w:after="40" w:line="240" w:lineRule="auto"/>
        <w:rPr>
          <w:lang w:val="fr-FR"/>
        </w:rPr>
      </w:pPr>
    </w:p>
    <w:p w14:paraId="3CE4EE6F" w14:textId="4DFCADFA" w:rsidR="00913747" w:rsidRPr="00DB3689" w:rsidRDefault="00913747" w:rsidP="00913747">
      <w:pPr>
        <w:spacing w:after="40" w:line="240" w:lineRule="auto"/>
        <w:rPr>
          <w:lang w:val="fr-FR"/>
        </w:rPr>
      </w:pPr>
    </w:p>
    <w:p w14:paraId="3C71F23D" w14:textId="3E312EB0" w:rsidR="00913747" w:rsidRPr="00DB3689" w:rsidRDefault="00913747" w:rsidP="00913747">
      <w:pPr>
        <w:spacing w:after="40" w:line="240" w:lineRule="auto"/>
        <w:rPr>
          <w:lang w:val="fr-FR"/>
        </w:rPr>
      </w:pPr>
    </w:p>
    <w:p w14:paraId="57B9E6DD" w14:textId="58A6A07B" w:rsidR="00913747" w:rsidRPr="00DB3689" w:rsidRDefault="00913747" w:rsidP="00913747">
      <w:pPr>
        <w:spacing w:after="40" w:line="240" w:lineRule="auto"/>
        <w:rPr>
          <w:lang w:val="fr-FR"/>
        </w:rPr>
      </w:pPr>
    </w:p>
    <w:p w14:paraId="0707CEEC" w14:textId="2132F2CC" w:rsidR="00913747" w:rsidRPr="00DB3689" w:rsidRDefault="00913747" w:rsidP="00913747">
      <w:pPr>
        <w:spacing w:after="40" w:line="240" w:lineRule="auto"/>
        <w:rPr>
          <w:lang w:val="fr-FR"/>
        </w:rPr>
      </w:pPr>
    </w:p>
    <w:p w14:paraId="1842148D" w14:textId="63A58602" w:rsidR="00913747" w:rsidRPr="00DB3689" w:rsidRDefault="00913747" w:rsidP="00913747">
      <w:pPr>
        <w:spacing w:after="40" w:line="240" w:lineRule="auto"/>
        <w:rPr>
          <w:lang w:val="fr-FR"/>
        </w:rPr>
      </w:pPr>
    </w:p>
    <w:p w14:paraId="3DBA4F40" w14:textId="133F6DB8" w:rsidR="00913747" w:rsidRPr="00DB3689" w:rsidRDefault="00913747" w:rsidP="00913747">
      <w:pPr>
        <w:spacing w:after="40" w:line="240" w:lineRule="auto"/>
        <w:rPr>
          <w:lang w:val="fr-FR"/>
        </w:rPr>
      </w:pPr>
    </w:p>
    <w:p w14:paraId="3A8A242F" w14:textId="4010F3C2" w:rsidR="00913747" w:rsidRPr="00DB3689" w:rsidRDefault="00913747" w:rsidP="00913747">
      <w:pPr>
        <w:spacing w:after="40" w:line="240" w:lineRule="auto"/>
        <w:rPr>
          <w:lang w:val="fr-FR"/>
        </w:rPr>
      </w:pPr>
    </w:p>
    <w:p w14:paraId="34CA74FE" w14:textId="5B81D20F" w:rsidR="00913747" w:rsidRPr="00DB3689" w:rsidRDefault="00913747" w:rsidP="00913747">
      <w:pPr>
        <w:spacing w:after="40" w:line="240" w:lineRule="auto"/>
        <w:rPr>
          <w:lang w:val="fr-FR"/>
        </w:rPr>
      </w:pPr>
    </w:p>
    <w:p w14:paraId="7DA6B117" w14:textId="202FFEE4" w:rsidR="00913747" w:rsidRPr="00DB3689" w:rsidRDefault="00913747" w:rsidP="00913747">
      <w:pPr>
        <w:spacing w:after="40" w:line="240" w:lineRule="auto"/>
        <w:rPr>
          <w:lang w:val="fr-FR"/>
        </w:rPr>
      </w:pPr>
    </w:p>
    <w:p w14:paraId="69C12735" w14:textId="7B4A501A" w:rsidR="00913747" w:rsidRDefault="009B65DF">
      <w:pPr>
        <w:spacing w:after="40" w:line="240" w:lineRule="auto"/>
      </w:pPr>
      <w:r>
        <w:rPr>
          <w:noProof/>
        </w:rPr>
        <w:drawing>
          <wp:anchor distT="0" distB="0" distL="114300" distR="114300" simplePos="0" relativeHeight="251696128" behindDoc="0" locked="0" layoutInCell="1" allowOverlap="1" wp14:anchorId="57F8CA69" wp14:editId="69C7DE7E">
            <wp:simplePos x="0" y="0"/>
            <wp:positionH relativeFrom="margin">
              <wp:align>right</wp:align>
            </wp:positionH>
            <wp:positionV relativeFrom="paragraph">
              <wp:posOffset>5060315</wp:posOffset>
            </wp:positionV>
            <wp:extent cx="1060450" cy="630450"/>
            <wp:effectExtent l="0" t="0" r="6350" b="0"/>
            <wp:wrapNone/>
            <wp:docPr id="26899247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80171" name="Image 1350380171"/>
                    <pic:cNvPicPr/>
                  </pic:nvPicPr>
                  <pic:blipFill>
                    <a:blip r:embed="rId9"/>
                    <a:stretch>
                      <a:fillRect/>
                    </a:stretch>
                  </pic:blipFill>
                  <pic:spPr>
                    <a:xfrm>
                      <a:off x="0" y="0"/>
                      <a:ext cx="1060450" cy="630450"/>
                    </a:xfrm>
                    <a:prstGeom prst="rect">
                      <a:avLst/>
                    </a:prstGeom>
                  </pic:spPr>
                </pic:pic>
              </a:graphicData>
            </a:graphic>
            <wp14:sizeRelH relativeFrom="margin">
              <wp14:pctWidth>0</wp14:pctWidth>
            </wp14:sizeRelH>
            <wp14:sizeRelV relativeFrom="margin">
              <wp14:pctHeight>0</wp14:pctHeight>
            </wp14:sizeRelV>
          </wp:anchor>
        </w:drawing>
      </w:r>
    </w:p>
    <w:sectPr w:rsidR="00913747" w:rsidSect="00034616">
      <w:headerReference w:type="default" r:id="rId16"/>
      <w:footerReference w:type="default" r:id="rId17"/>
      <w:pgSz w:w="11909" w:h="16834"/>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9DA46B" w14:textId="77777777" w:rsidR="00055F1A" w:rsidRDefault="00055F1A">
      <w:pPr>
        <w:spacing w:after="0" w:line="240" w:lineRule="auto"/>
      </w:pPr>
      <w:r>
        <w:separator/>
      </w:r>
    </w:p>
  </w:endnote>
  <w:endnote w:type="continuationSeparator" w:id="0">
    <w:p w14:paraId="5BF3F1D6" w14:textId="77777777" w:rsidR="00055F1A" w:rsidRDefault="0005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6A4697" w14:textId="77777777" w:rsidR="00E77DE9" w:rsidRPr="00BB3D1F" w:rsidRDefault="00000000">
    <w:pPr>
      <w:pStyle w:val="Footer"/>
      <w:jc w:val="center"/>
      <w:rPr>
        <w:sz w:val="16"/>
        <w:szCs w:val="16"/>
      </w:rPr>
    </w:pPr>
    <w:r w:rsidRPr="00BB3D1F">
      <w:rPr>
        <w:sz w:val="16"/>
        <w:szCs w:val="16"/>
      </w:rPr>
      <w:t xml:space="preserve">From Europe to </w:t>
    </w:r>
    <w:proofErr w:type="gramStart"/>
    <w:r w:rsidRPr="00BB3D1F">
      <w:rPr>
        <w:sz w:val="16"/>
        <w:szCs w:val="16"/>
      </w:rPr>
      <w:t>America  •</w:t>
    </w:r>
    <w:proofErr w:type="gramEnd"/>
    <w:r w:rsidRPr="00BB3D1F">
      <w:rPr>
        <w:sz w:val="16"/>
        <w:szCs w:val="16"/>
      </w:rPr>
      <w:t xml:space="preserve">  Student </w:t>
    </w:r>
    <w:proofErr w:type="gramStart"/>
    <w:r w:rsidRPr="00BB3D1F">
      <w:rPr>
        <w:sz w:val="16"/>
        <w:szCs w:val="16"/>
      </w:rPr>
      <w:t>booklet  •</w:t>
    </w:r>
    <w:proofErr w:type="gramEnd"/>
    <w:r w:rsidRPr="00BB3D1F">
      <w:rPr>
        <w:sz w:val="16"/>
        <w:szCs w:val="16"/>
      </w:rPr>
      <w:t xml:space="preserve">  </w:t>
    </w:r>
    <w:r w:rsidRPr="00BB3D1F">
      <w:rPr>
        <w:sz w:val="16"/>
        <w:szCs w:val="16"/>
      </w:rPr>
      <w:fldChar w:fldCharType="begin"/>
    </w:r>
    <w:r w:rsidRPr="00BB3D1F">
      <w:rPr>
        <w:sz w:val="16"/>
        <w:szCs w:val="16"/>
      </w:rPr>
      <w:instrText>PAGE</w:instrText>
    </w:r>
    <w:r w:rsidRPr="00BB3D1F">
      <w:rPr>
        <w:sz w:val="16"/>
        <w:szCs w:val="16"/>
      </w:rPr>
      <w:fldChar w:fldCharType="separate"/>
    </w:r>
    <w:r w:rsidR="00606EAF" w:rsidRPr="00BB3D1F">
      <w:rPr>
        <w:noProof/>
        <w:sz w:val="16"/>
        <w:szCs w:val="16"/>
      </w:rPr>
      <w:t>1</w:t>
    </w:r>
    <w:r w:rsidRPr="00BB3D1F">
      <w:rPr>
        <w:sz w:val="16"/>
        <w:szCs w:val="16"/>
      </w:rPr>
      <w:fldChar w:fldCharType="end"/>
    </w:r>
  </w:p>
  <w:p w14:paraId="798F59A2" w14:textId="7BD7867E" w:rsidR="00BB3D1F" w:rsidRPr="00BB3D1F" w:rsidRDefault="00BB3D1F" w:rsidP="00BB3D1F">
    <w:pPr>
      <w:pStyle w:val="Footer"/>
      <w:jc w:val="center"/>
      <w:rPr>
        <w:b/>
        <w:bCs/>
        <w:lang w:val="fr-FR"/>
      </w:rPr>
    </w:pPr>
    <w:r w:rsidRPr="00BB3D1F">
      <w:rPr>
        <w:sz w:val="16"/>
        <w:szCs w:val="16"/>
        <w:lang w:val="fr-FR"/>
      </w:rPr>
      <w:t>Nathanaël COUROSSÉ – professeur d’anglais – TZR numérique – académie de Grenoble</w:t>
    </w:r>
  </w:p>
  <w:p w14:paraId="0B947C79" w14:textId="0B6E935E" w:rsidR="00BB3D1F" w:rsidRPr="00BB3D1F" w:rsidRDefault="00BB3D1F">
    <w:pPr>
      <w:pStyle w:val="Footer"/>
      <w:jc w:val="cen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38BB77" w14:textId="77777777" w:rsidR="00055F1A" w:rsidRDefault="00055F1A">
      <w:pPr>
        <w:spacing w:after="0" w:line="240" w:lineRule="auto"/>
      </w:pPr>
      <w:r>
        <w:separator/>
      </w:r>
    </w:p>
  </w:footnote>
  <w:footnote w:type="continuationSeparator" w:id="0">
    <w:p w14:paraId="6AB19439" w14:textId="77777777" w:rsidR="00055F1A" w:rsidRDefault="00055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C5B87" w14:textId="77777777" w:rsidR="00E77DE9" w:rsidRDefault="00000000">
    <w:pPr>
      <w:pStyle w:val="Header"/>
      <w:jc w:val="right"/>
    </w:pPr>
    <w:r>
      <w:rPr>
        <w:color w:val="17365D"/>
        <w:sz w:val="16"/>
      </w:rPr>
      <w:t>FROM EUROPE TO AMERICA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70B0CA9"/>
    <w:multiLevelType w:val="hybridMultilevel"/>
    <w:tmpl w:val="F00EDD82"/>
    <w:lvl w:ilvl="0" w:tplc="3640B658">
      <w:numFmt w:val="bullet"/>
      <w:lvlText w:val=""/>
      <w:lvlJc w:val="left"/>
      <w:pPr>
        <w:ind w:left="720" w:hanging="360"/>
      </w:pPr>
      <w:rPr>
        <w:rFonts w:ascii="Wingdings" w:eastAsiaTheme="minorEastAsia"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14B3F9E"/>
    <w:multiLevelType w:val="multilevel"/>
    <w:tmpl w:val="A08A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2109213">
    <w:abstractNumId w:val="8"/>
  </w:num>
  <w:num w:numId="2" w16cid:durableId="2097552404">
    <w:abstractNumId w:val="6"/>
  </w:num>
  <w:num w:numId="3" w16cid:durableId="1721321545">
    <w:abstractNumId w:val="5"/>
  </w:num>
  <w:num w:numId="4" w16cid:durableId="1816944280">
    <w:abstractNumId w:val="4"/>
  </w:num>
  <w:num w:numId="5" w16cid:durableId="1282612243">
    <w:abstractNumId w:val="7"/>
  </w:num>
  <w:num w:numId="6" w16cid:durableId="1730417225">
    <w:abstractNumId w:val="3"/>
  </w:num>
  <w:num w:numId="7" w16cid:durableId="1576355283">
    <w:abstractNumId w:val="2"/>
  </w:num>
  <w:num w:numId="8" w16cid:durableId="323824297">
    <w:abstractNumId w:val="1"/>
  </w:num>
  <w:num w:numId="9" w16cid:durableId="1996109247">
    <w:abstractNumId w:val="0"/>
  </w:num>
  <w:num w:numId="10" w16cid:durableId="255866830">
    <w:abstractNumId w:val="9"/>
  </w:num>
  <w:num w:numId="11" w16cid:durableId="24754236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2DF"/>
    <w:rsid w:val="000121DC"/>
    <w:rsid w:val="000273FC"/>
    <w:rsid w:val="00034616"/>
    <w:rsid w:val="00044BAB"/>
    <w:rsid w:val="00055F1A"/>
    <w:rsid w:val="0006063C"/>
    <w:rsid w:val="0006193A"/>
    <w:rsid w:val="00064CBF"/>
    <w:rsid w:val="0007425F"/>
    <w:rsid w:val="0008599B"/>
    <w:rsid w:val="00095A29"/>
    <w:rsid w:val="000B1463"/>
    <w:rsid w:val="000D5A82"/>
    <w:rsid w:val="0015074B"/>
    <w:rsid w:val="00180EB1"/>
    <w:rsid w:val="0018781A"/>
    <w:rsid w:val="001A3779"/>
    <w:rsid w:val="001D25B6"/>
    <w:rsid w:val="001D67A3"/>
    <w:rsid w:val="002075E5"/>
    <w:rsid w:val="00217649"/>
    <w:rsid w:val="00280C53"/>
    <w:rsid w:val="00292F00"/>
    <w:rsid w:val="0029639D"/>
    <w:rsid w:val="002C2BBC"/>
    <w:rsid w:val="002F3677"/>
    <w:rsid w:val="00326F90"/>
    <w:rsid w:val="00397F27"/>
    <w:rsid w:val="003A5C31"/>
    <w:rsid w:val="003C489E"/>
    <w:rsid w:val="004175E9"/>
    <w:rsid w:val="004230D5"/>
    <w:rsid w:val="00441B4B"/>
    <w:rsid w:val="004548C8"/>
    <w:rsid w:val="004649CB"/>
    <w:rsid w:val="00464DCB"/>
    <w:rsid w:val="004718DF"/>
    <w:rsid w:val="004B5730"/>
    <w:rsid w:val="004B6C02"/>
    <w:rsid w:val="004C493E"/>
    <w:rsid w:val="0051748C"/>
    <w:rsid w:val="0058187B"/>
    <w:rsid w:val="00584958"/>
    <w:rsid w:val="005B1B25"/>
    <w:rsid w:val="005D766C"/>
    <w:rsid w:val="006057C5"/>
    <w:rsid w:val="00606EAF"/>
    <w:rsid w:val="00612CF9"/>
    <w:rsid w:val="0062135E"/>
    <w:rsid w:val="00633D04"/>
    <w:rsid w:val="00650AF0"/>
    <w:rsid w:val="006734BA"/>
    <w:rsid w:val="0067444F"/>
    <w:rsid w:val="00682570"/>
    <w:rsid w:val="00695273"/>
    <w:rsid w:val="006B2BDB"/>
    <w:rsid w:val="006C0D18"/>
    <w:rsid w:val="006F31F6"/>
    <w:rsid w:val="007069C1"/>
    <w:rsid w:val="007071E1"/>
    <w:rsid w:val="00710C41"/>
    <w:rsid w:val="00745891"/>
    <w:rsid w:val="0075247B"/>
    <w:rsid w:val="00764BD1"/>
    <w:rsid w:val="0076711D"/>
    <w:rsid w:val="00791B95"/>
    <w:rsid w:val="007A72E8"/>
    <w:rsid w:val="007B01A0"/>
    <w:rsid w:val="007B1749"/>
    <w:rsid w:val="007B3992"/>
    <w:rsid w:val="007B3B82"/>
    <w:rsid w:val="007E6623"/>
    <w:rsid w:val="007F233A"/>
    <w:rsid w:val="00804DC9"/>
    <w:rsid w:val="0081465C"/>
    <w:rsid w:val="008531CD"/>
    <w:rsid w:val="00862040"/>
    <w:rsid w:val="0087146B"/>
    <w:rsid w:val="00890DA0"/>
    <w:rsid w:val="009015C1"/>
    <w:rsid w:val="00913747"/>
    <w:rsid w:val="0092493F"/>
    <w:rsid w:val="00945D13"/>
    <w:rsid w:val="00953209"/>
    <w:rsid w:val="00980330"/>
    <w:rsid w:val="009A49CD"/>
    <w:rsid w:val="009B65DF"/>
    <w:rsid w:val="009D344C"/>
    <w:rsid w:val="009D35AD"/>
    <w:rsid w:val="009F344A"/>
    <w:rsid w:val="00A209C6"/>
    <w:rsid w:val="00A27CAD"/>
    <w:rsid w:val="00A56995"/>
    <w:rsid w:val="00A7054B"/>
    <w:rsid w:val="00A92D46"/>
    <w:rsid w:val="00A97929"/>
    <w:rsid w:val="00AA1A63"/>
    <w:rsid w:val="00AA1D8D"/>
    <w:rsid w:val="00AA2815"/>
    <w:rsid w:val="00AC4F90"/>
    <w:rsid w:val="00AE3C8F"/>
    <w:rsid w:val="00AF5926"/>
    <w:rsid w:val="00B16C28"/>
    <w:rsid w:val="00B26701"/>
    <w:rsid w:val="00B44719"/>
    <w:rsid w:val="00B47730"/>
    <w:rsid w:val="00B61D7D"/>
    <w:rsid w:val="00B71426"/>
    <w:rsid w:val="00B81427"/>
    <w:rsid w:val="00B82896"/>
    <w:rsid w:val="00B90D6A"/>
    <w:rsid w:val="00BB3D1F"/>
    <w:rsid w:val="00BC611B"/>
    <w:rsid w:val="00BD0F47"/>
    <w:rsid w:val="00BD5A1D"/>
    <w:rsid w:val="00BF3490"/>
    <w:rsid w:val="00BF7FE9"/>
    <w:rsid w:val="00C24356"/>
    <w:rsid w:val="00C3710A"/>
    <w:rsid w:val="00C86405"/>
    <w:rsid w:val="00C92DFB"/>
    <w:rsid w:val="00C93F32"/>
    <w:rsid w:val="00CB0664"/>
    <w:rsid w:val="00D05E1D"/>
    <w:rsid w:val="00D10AA6"/>
    <w:rsid w:val="00D15F14"/>
    <w:rsid w:val="00D21E22"/>
    <w:rsid w:val="00D326C9"/>
    <w:rsid w:val="00D32A15"/>
    <w:rsid w:val="00D8611C"/>
    <w:rsid w:val="00D97536"/>
    <w:rsid w:val="00DB3689"/>
    <w:rsid w:val="00DD2720"/>
    <w:rsid w:val="00DD5609"/>
    <w:rsid w:val="00DE125C"/>
    <w:rsid w:val="00E05BB7"/>
    <w:rsid w:val="00E448AE"/>
    <w:rsid w:val="00E535B8"/>
    <w:rsid w:val="00E60747"/>
    <w:rsid w:val="00E724B2"/>
    <w:rsid w:val="00E732A6"/>
    <w:rsid w:val="00E77DE9"/>
    <w:rsid w:val="00E913F8"/>
    <w:rsid w:val="00EA315C"/>
    <w:rsid w:val="00EA4A7D"/>
    <w:rsid w:val="00ED73B2"/>
    <w:rsid w:val="00EE3253"/>
    <w:rsid w:val="00EF0289"/>
    <w:rsid w:val="00F2014A"/>
    <w:rsid w:val="00F47785"/>
    <w:rsid w:val="00F845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B5B1DD"/>
  <w14:defaultImageDpi w14:val="300"/>
  <w15:docId w15:val="{3DE8B494-97DD-49C3-91B9-E21C81D74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A5C31"/>
    <w:rPr>
      <w:color w:val="0000FF" w:themeColor="hyperlink"/>
      <w:u w:val="single"/>
    </w:rPr>
  </w:style>
  <w:style w:type="character" w:styleId="UnresolvedMention">
    <w:name w:val="Unresolved Mention"/>
    <w:basedOn w:val="DefaultParagraphFont"/>
    <w:uiPriority w:val="99"/>
    <w:semiHidden/>
    <w:unhideWhenUsed/>
    <w:rsid w:val="001D25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s.gov/elis/learn/education/oral-history-ei-116.htm"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ddit.com/r/TheWayWeWere/comments/bh26uc/immigrants_celebrate%2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p/DXoDD-bjbk5/"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familysearch.org/en/blog/ellis-island-facts-and-myth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2812</Words>
  <Characters>16034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Europe to America Student Booklet Revised Version</dc:title>
  <dc:subject>Cycle 4 English sequence on migration and Morris Schneider’s oral testimony</dc:subject>
  <dc:creator>python-docx</dc:creator>
  <cp:keywords/>
  <dc:description>generated by python-docx</dc:description>
  <cp:lastModifiedBy>Alain Girault</cp:lastModifiedBy>
  <cp:revision>145</cp:revision>
  <dcterms:created xsi:type="dcterms:W3CDTF">2026-09-21T11:31:00Z</dcterms:created>
  <dcterms:modified xsi:type="dcterms:W3CDTF">2026-10-07T08:06:00Z</dcterms:modified>
  <cp:category/>
</cp:coreProperties>
</file>